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72F324F3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D15160">
        <w:rPr>
          <w:b/>
          <w:bCs/>
          <w:sz w:val="40"/>
          <w:szCs w:val="40"/>
        </w:rPr>
        <w:t>Nephrology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Default="007C0991" w:rsidP="007C0991"/>
    <w:p w14:paraId="539A3128" w14:textId="77777777" w:rsidR="000822CC" w:rsidRPr="007C0991" w:rsidRDefault="000822CC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5160" w14:paraId="2289EEE9" w14:textId="77777777" w:rsidTr="001C17E4">
        <w:tc>
          <w:tcPr>
            <w:tcW w:w="1886" w:type="pct"/>
          </w:tcPr>
          <w:p w14:paraId="64DF5913" w14:textId="77777777" w:rsidR="00D15160" w:rsidRPr="00597958" w:rsidRDefault="00D15160" w:rsidP="00D1516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Pr="00597958">
              <w:rPr>
                <w:b/>
                <w:bCs/>
              </w:rPr>
              <w:t>Post:</w:t>
            </w:r>
          </w:p>
          <w:p w14:paraId="11057932" w14:textId="77777777" w:rsidR="00D15160" w:rsidRPr="00597958" w:rsidRDefault="00D15160" w:rsidP="00D15160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00EFE74F2D8745C0A1AFE793A758D0A0"/>
            </w:placeholder>
            <w:showingPlcHdr/>
          </w:sdtPr>
          <w:sdtEndPr/>
          <w:sdtContent>
            <w:tc>
              <w:tcPr>
                <w:tcW w:w="3114" w:type="pct"/>
              </w:tcPr>
              <w:p w14:paraId="1A073BB3" w14:textId="67692915" w:rsidR="00D15160" w:rsidRDefault="00D15160" w:rsidP="00D1516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1FF9D674">
                <wp:simplePos x="0" y="0"/>
                <wp:positionH relativeFrom="margin">
                  <wp:align>right</wp:align>
                </wp:positionH>
                <wp:positionV relativeFrom="paragraph">
                  <wp:posOffset>2128272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46477506" w:rsidR="002931FF" w:rsidRPr="000822CC" w:rsidRDefault="000822CC" w:rsidP="000822CC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67.6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CPzXMR&#10;3QAAAAgBAAAPAAAAAAAAAAAAAAAAAGgEAABkcnMvZG93bnJldi54bWxQSwUGAAAAAAQABADzAAAA&#10;cgUAAAAA&#10;">
                <v:textbox style="mso-fit-shape-to-text:t">
                  <w:txbxContent>
                    <w:p w14:paraId="0B7A552B" w14:textId="46477506" w:rsidR="002931FF" w:rsidRPr="000822CC" w:rsidRDefault="000822CC" w:rsidP="000822CC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D66FB9F" w14:textId="77777777" w:rsidR="00D15160" w:rsidRDefault="00D15160" w:rsidP="00D15160">
      <w:pPr>
        <w:pStyle w:val="Heading1"/>
      </w:pPr>
      <w:r w:rsidRPr="00D15160">
        <w:lastRenderedPageBreak/>
        <w:t>Irish Medical Council Registration</w:t>
      </w:r>
    </w:p>
    <w:p w14:paraId="6AC02395" w14:textId="77777777" w:rsidR="00D15160" w:rsidRPr="00D15160" w:rsidRDefault="00D15160" w:rsidP="00D15160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48"/>
        <w:gridCol w:w="4055"/>
        <w:gridCol w:w="3237"/>
      </w:tblGrid>
      <w:tr w:rsidR="00D15160" w:rsidRPr="00D15160" w14:paraId="4222D4C0" w14:textId="77777777" w:rsidTr="00D15160">
        <w:trPr>
          <w:trHeight w:val="300"/>
        </w:trPr>
        <w:tc>
          <w:tcPr>
            <w:tcW w:w="10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11E7B" w14:textId="77777777" w:rsidR="00D15160" w:rsidRPr="00D15160" w:rsidRDefault="00D15160" w:rsidP="00D15160">
            <w:pPr>
              <w:jc w:val="center"/>
              <w:rPr>
                <w:b/>
                <w:bCs/>
              </w:rPr>
            </w:pPr>
            <w:r w:rsidRPr="00D15160">
              <w:rPr>
                <w:b/>
                <w:bCs/>
              </w:rPr>
              <w:t>Year</w:t>
            </w:r>
          </w:p>
        </w:tc>
        <w:tc>
          <w:tcPr>
            <w:tcW w:w="21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B205C" w14:textId="77777777" w:rsidR="00D15160" w:rsidRPr="00D15160" w:rsidRDefault="00D15160" w:rsidP="00D15160">
            <w:pPr>
              <w:jc w:val="center"/>
              <w:rPr>
                <w:b/>
                <w:bCs/>
              </w:rPr>
            </w:pPr>
            <w:r w:rsidRPr="00D15160">
              <w:rPr>
                <w:b/>
                <w:bCs/>
              </w:rPr>
              <w:t>Professional Body/Regulator</w:t>
            </w:r>
          </w:p>
        </w:tc>
        <w:tc>
          <w:tcPr>
            <w:tcW w:w="17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554CA" w14:textId="77777777" w:rsidR="00D15160" w:rsidRPr="00D15160" w:rsidRDefault="00D15160" w:rsidP="00D15160">
            <w:pPr>
              <w:jc w:val="center"/>
              <w:rPr>
                <w:b/>
                <w:bCs/>
              </w:rPr>
            </w:pPr>
            <w:r w:rsidRPr="00D15160">
              <w:rPr>
                <w:b/>
                <w:bCs/>
              </w:rPr>
              <w:t>Good Standing Status</w:t>
            </w:r>
          </w:p>
        </w:tc>
      </w:tr>
      <w:tr w:rsidR="00D15160" w:rsidRPr="00D15160" w14:paraId="07339638" w14:textId="77777777" w:rsidTr="00D15160">
        <w:trPr>
          <w:trHeight w:val="120"/>
        </w:trPr>
        <w:tc>
          <w:tcPr>
            <w:tcW w:w="10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489DE5" w14:textId="0D71E129" w:rsidR="00D15160" w:rsidRPr="00D15160" w:rsidRDefault="00D15160" w:rsidP="00D15160">
            <w:r w:rsidRPr="00D15160">
              <w:t xml:space="preserve"> </w:t>
            </w:r>
            <w:sdt>
              <w:sdtPr>
                <w:id w:val="-515228881"/>
                <w:placeholder>
                  <w:docPart w:val="7737D1C596474FE99AC19878179A44F9"/>
                </w:placeholder>
                <w:showingPlcHdr/>
              </w:sdtPr>
              <w:sdtContent>
                <w:r w:rsidR="0075157E" w:rsidRPr="001544A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sdt>
            <w:sdtPr>
              <w:id w:val="-2009668743"/>
              <w:placeholder>
                <w:docPart w:val="0896C4DC20A6436BA520AFE7525CF8AA"/>
              </w:placeholder>
              <w:showingPlcHdr/>
            </w:sdtPr>
            <w:sdtContent>
              <w:p w14:paraId="78F3ABB3" w14:textId="072B05DD" w:rsidR="00D15160" w:rsidRDefault="0075157E" w:rsidP="00D15160">
                <w:r w:rsidRPr="001544A4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5DE335A" w14:textId="0AE13D57" w:rsidR="0075157E" w:rsidRPr="0075157E" w:rsidRDefault="0075157E" w:rsidP="0075157E">
            <w:pPr>
              <w:jc w:val="center"/>
            </w:pPr>
          </w:p>
        </w:tc>
        <w:tc>
          <w:tcPr>
            <w:tcW w:w="17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6509BD" w14:textId="2F6C4755" w:rsidR="00D15160" w:rsidRPr="00D15160" w:rsidRDefault="00D15160" w:rsidP="00D15160">
            <w:r w:rsidRPr="00D15160">
              <w:t xml:space="preserve"> </w:t>
            </w:r>
            <w:sdt>
              <w:sdtPr>
                <w:id w:val="-572594145"/>
                <w:placeholder>
                  <w:docPart w:val="930C8331B8BA4E2D9974F9851F2EA62A"/>
                </w:placeholder>
                <w:showingPlcHdr/>
              </w:sdtPr>
              <w:sdtContent>
                <w:r w:rsidR="0075157E" w:rsidRPr="001544A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3380D22" w14:textId="77777777" w:rsidR="00D15160" w:rsidRDefault="00D15160" w:rsidP="00D15160"/>
    <w:p w14:paraId="0F08FF1C" w14:textId="77777777" w:rsidR="000822CC" w:rsidRDefault="000822CC" w:rsidP="00D15160"/>
    <w:p w14:paraId="63F6142D" w14:textId="39685956" w:rsidR="00846BF0" w:rsidRPr="00846BF0" w:rsidRDefault="00846BF0" w:rsidP="00846BF0">
      <w:pPr>
        <w:pStyle w:val="Heading1"/>
      </w:pPr>
      <w:r w:rsidRPr="00846BF0">
        <w:t>Career Objective / Personal Statement</w:t>
      </w:r>
    </w:p>
    <w:p w14:paraId="7270FBE1" w14:textId="77777777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rPr>
          <w:b/>
          <w:bCs/>
        </w:rPr>
        <w:id w:val="-1539039204"/>
        <w:placeholder>
          <w:docPart w:val="8DBDFBC283534F4BBD2BA4F862ACB451"/>
        </w:placeholder>
        <w:showingPlcHdr/>
      </w:sdtPr>
      <w:sdtEndPr/>
      <w:sdtContent>
        <w:p w14:paraId="21497E6C" w14:textId="31D80EF5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18146BAE" w14:textId="77777777" w:rsidR="00846BF0" w:rsidRDefault="00846BF0" w:rsidP="00846BF0"/>
    <w:p w14:paraId="246B452B" w14:textId="77777777" w:rsidR="000822CC" w:rsidRDefault="000822C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4EA4D424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</w:t>
      </w:r>
      <w:r w:rsidR="00D15160">
        <w:t>i</w:t>
      </w:r>
      <w:r w:rsidR="002D7D98">
        <w:t xml:space="preserve">ncluding </w:t>
      </w:r>
      <w:r w:rsidR="00D15160" w:rsidRPr="00D15160">
        <w:t>Primary Degree, Postgraduate Degree, Memberships, Diplomas and Certificates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2B2C7DC5" w14:textId="77777777" w:rsidR="00D15160" w:rsidRDefault="00D15160" w:rsidP="001C17E4">
      <w:pPr>
        <w:pStyle w:val="Heading1"/>
      </w:pPr>
      <w:r>
        <w:t>All Other</w:t>
      </w:r>
      <w:r w:rsidR="002D7D98">
        <w:t xml:space="preserve"> Professional Registrations</w:t>
      </w:r>
      <w:r w:rsidR="00F4085D">
        <w:t xml:space="preserve"> </w:t>
      </w:r>
    </w:p>
    <w:p w14:paraId="75B4FEB0" w14:textId="6ACF3B8D" w:rsidR="3FE541D5" w:rsidRDefault="2D96377B" w:rsidP="00D15160">
      <w:r>
        <w:t>(</w:t>
      </w:r>
      <w:proofErr w:type="gramStart"/>
      <w:r w:rsidR="00D15160">
        <w:t>Non IMC</w:t>
      </w:r>
      <w:proofErr w:type="gramEnd"/>
      <w:r w:rsidR="00D15160">
        <w:t xml:space="preserve"> Professional registrations: </w:t>
      </w:r>
      <w:r>
        <w:t xml:space="preserve">GMC, </w:t>
      </w:r>
      <w:proofErr w:type="spellStart"/>
      <w:r>
        <w:t>etc</w:t>
      </w:r>
      <w:proofErr w:type="spellEnd"/>
      <w: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68"/>
        <w:gridCol w:w="2586"/>
        <w:gridCol w:w="2085"/>
        <w:gridCol w:w="2511"/>
      </w:tblGrid>
      <w:tr w:rsidR="00D15160" w:rsidRPr="00F4085D" w14:paraId="1972A308" w14:textId="77777777" w:rsidTr="00D15160">
        <w:tc>
          <w:tcPr>
            <w:tcW w:w="1159" w:type="pct"/>
            <w:vAlign w:val="center"/>
          </w:tcPr>
          <w:p w14:paraId="48D6EE85" w14:textId="52C3B1E7" w:rsidR="00D15160" w:rsidRPr="00F4085D" w:rsidRDefault="00D15160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1383" w:type="pct"/>
            <w:vAlign w:val="center"/>
          </w:tcPr>
          <w:p w14:paraId="38FB6F70" w14:textId="64C19A9D" w:rsidR="00D15160" w:rsidRPr="00F4085D" w:rsidRDefault="00D15160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1115" w:type="pct"/>
            <w:vAlign w:val="center"/>
          </w:tcPr>
          <w:p w14:paraId="6CAB59A6" w14:textId="7027AE7D" w:rsidR="00D15160" w:rsidRPr="00F4085D" w:rsidRDefault="00D15160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1343" w:type="pct"/>
            <w:vAlign w:val="center"/>
          </w:tcPr>
          <w:p w14:paraId="0662DADA" w14:textId="182D7738" w:rsidR="00D15160" w:rsidRPr="00F4085D" w:rsidRDefault="00D15160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</w:tr>
      <w:tr w:rsidR="00D15160" w14:paraId="41C6CEE2" w14:textId="77777777" w:rsidTr="00D15160">
        <w:sdt>
          <w:sdtPr>
            <w:id w:val="1041407279"/>
            <w:placeholder>
              <w:docPart w:val="E357DE90E5C84495903890F45F572BB4"/>
            </w:placeholder>
            <w:showingPlcHdr/>
          </w:sdtPr>
          <w:sdtEndPr/>
          <w:sdtContent>
            <w:tc>
              <w:tcPr>
                <w:tcW w:w="1159" w:type="pct"/>
              </w:tcPr>
              <w:p w14:paraId="4433956D" w14:textId="37C027FA" w:rsidR="00D15160" w:rsidRDefault="00D15160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95E4D4EE6CE3494392F89273BA22A710"/>
            </w:placeholder>
            <w:showingPlcHdr/>
          </w:sdtPr>
          <w:sdtEndPr/>
          <w:sdtContent>
            <w:tc>
              <w:tcPr>
                <w:tcW w:w="1383" w:type="pct"/>
              </w:tcPr>
              <w:p w14:paraId="4C3D30A3" w14:textId="7A36AFB5" w:rsidR="00D15160" w:rsidRDefault="00D15160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1898C9CAFC5D420E879FD99D9DF47313"/>
            </w:placeholder>
            <w:showingPlcHdr/>
          </w:sdtPr>
          <w:sdtEndPr/>
          <w:sdtContent>
            <w:tc>
              <w:tcPr>
                <w:tcW w:w="1115" w:type="pct"/>
              </w:tcPr>
              <w:p w14:paraId="4E8C2E90" w14:textId="2B1B9F91" w:rsidR="00D15160" w:rsidRDefault="00D15160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43" w:type="pct"/>
            <w:vAlign w:val="center"/>
          </w:tcPr>
          <w:p w14:paraId="1019818F" w14:textId="77777777" w:rsidR="00D15160" w:rsidRDefault="00D15160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D15160" w:rsidRDefault="00D15160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D15160" w14:paraId="5CF6427D" w14:textId="77777777" w:rsidTr="00D15160">
        <w:sdt>
          <w:sdtPr>
            <w:id w:val="-797141339"/>
            <w:placeholder>
              <w:docPart w:val="479A59954FC243C5AE95F389C52E8A15"/>
            </w:placeholder>
            <w:showingPlcHdr/>
          </w:sdtPr>
          <w:sdtEndPr/>
          <w:sdtContent>
            <w:tc>
              <w:tcPr>
                <w:tcW w:w="1159" w:type="pct"/>
              </w:tcPr>
              <w:p w14:paraId="3BD3C74A" w14:textId="78FD0E16" w:rsidR="00D15160" w:rsidRDefault="00D1516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479A59954FC243C5AE95F389C52E8A15"/>
            </w:placeholder>
            <w:showingPlcHdr/>
          </w:sdtPr>
          <w:sdtEndPr/>
          <w:sdtContent>
            <w:tc>
              <w:tcPr>
                <w:tcW w:w="1383" w:type="pct"/>
              </w:tcPr>
              <w:p w14:paraId="46914337" w14:textId="52978446" w:rsidR="00D15160" w:rsidRDefault="00301B8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479A59954FC243C5AE95F389C52E8A15"/>
            </w:placeholder>
            <w:showingPlcHdr/>
          </w:sdtPr>
          <w:sdtEndPr/>
          <w:sdtContent>
            <w:tc>
              <w:tcPr>
                <w:tcW w:w="1115" w:type="pct"/>
              </w:tcPr>
              <w:p w14:paraId="4DCC6CF2" w14:textId="0133F1FD" w:rsidR="00D15160" w:rsidRDefault="00301B8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43" w:type="pct"/>
            <w:vAlign w:val="center"/>
          </w:tcPr>
          <w:p w14:paraId="18A6E352" w14:textId="77777777" w:rsidR="00D15160" w:rsidRDefault="00D15160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D15160" w:rsidRDefault="00D15160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15160" w14:paraId="4F6A290C" w14:textId="77777777" w:rsidTr="00D15160">
        <w:sdt>
          <w:sdtPr>
            <w:id w:val="896020294"/>
            <w:placeholder>
              <w:docPart w:val="8960026625B44F3A8F3293627A074977"/>
            </w:placeholder>
            <w:showingPlcHdr/>
          </w:sdtPr>
          <w:sdtEndPr/>
          <w:sdtContent>
            <w:tc>
              <w:tcPr>
                <w:tcW w:w="1159" w:type="pct"/>
              </w:tcPr>
              <w:p w14:paraId="13F2E67B" w14:textId="74FF8FF8" w:rsidR="00D15160" w:rsidRDefault="00D15160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8960026625B44F3A8F3293627A074977"/>
            </w:placeholder>
            <w:showingPlcHdr/>
          </w:sdtPr>
          <w:sdtEndPr/>
          <w:sdtContent>
            <w:tc>
              <w:tcPr>
                <w:tcW w:w="1383" w:type="pct"/>
              </w:tcPr>
              <w:p w14:paraId="6880ABF6" w14:textId="4207014D" w:rsidR="00D15160" w:rsidRDefault="00301B8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8960026625B44F3A8F3293627A074977"/>
            </w:placeholder>
            <w:showingPlcHdr/>
          </w:sdtPr>
          <w:sdtEndPr/>
          <w:sdtContent>
            <w:tc>
              <w:tcPr>
                <w:tcW w:w="1115" w:type="pct"/>
              </w:tcPr>
              <w:p w14:paraId="2B51EDCF" w14:textId="7549A94F" w:rsidR="00D15160" w:rsidRDefault="00301B8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43" w:type="pct"/>
            <w:vAlign w:val="center"/>
          </w:tcPr>
          <w:p w14:paraId="651296AA" w14:textId="77777777" w:rsidR="00D15160" w:rsidRDefault="00D15160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D15160" w:rsidRDefault="00D15160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544025CA976E4DFE925F591236339CF2"/>
              </w:placeholder>
              <w15:repeatingSectionItem/>
            </w:sdtPr>
            <w:sdtEndPr/>
            <w:sdtContent>
              <w:tr w:rsidR="00D15160" w14:paraId="788C3D77" w14:textId="77777777" w:rsidTr="00D15160">
                <w:tc>
                  <w:tcPr>
                    <w:tcW w:w="1159" w:type="pct"/>
                  </w:tcPr>
                  <w:p w14:paraId="4B5AA7D5" w14:textId="0A9AA723" w:rsidR="00D15160" w:rsidRDefault="00332DCF" w:rsidP="00076DED">
                    <w:sdt>
                      <w:sdtPr>
                        <w:id w:val="-1958856168"/>
                        <w:placeholder>
                          <w:docPart w:val="53292318265E418CBFC736A93ED0CF7D"/>
                        </w:placeholder>
                        <w:showingPlcHdr/>
                      </w:sdtPr>
                      <w:sdtEndPr/>
                      <w:sdtContent>
                        <w:r w:rsidR="00D15160"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sdtContent>
                    </w:sdt>
                  </w:p>
                </w:tc>
                <w:sdt>
                  <w:sdtPr>
                    <w:id w:val="-155542618"/>
                    <w:placeholder>
                      <w:docPart w:val="53292318265E418CBFC736A93ED0CF7D"/>
                    </w:placeholder>
                    <w:showingPlcHdr/>
                  </w:sdtPr>
                  <w:sdtEndPr/>
                  <w:sdtContent>
                    <w:tc>
                      <w:tcPr>
                        <w:tcW w:w="1383" w:type="pct"/>
                      </w:tcPr>
                      <w:p w14:paraId="6FE57682" w14:textId="4D682433" w:rsidR="00D15160" w:rsidRDefault="00301B8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53292318265E418CBFC736A93ED0CF7D"/>
                    </w:placeholder>
                    <w:showingPlcHdr/>
                  </w:sdtPr>
                  <w:sdtEndPr/>
                  <w:sdtContent>
                    <w:tc>
                      <w:tcPr>
                        <w:tcW w:w="1115" w:type="pct"/>
                      </w:tcPr>
                      <w:p w14:paraId="51005B27" w14:textId="5B802C29" w:rsidR="00D15160" w:rsidRDefault="00301B8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343" w:type="pct"/>
                    <w:vAlign w:val="center"/>
                  </w:tcPr>
                  <w:p w14:paraId="68DBCCD3" w14:textId="77777777" w:rsidR="00D15160" w:rsidRDefault="00D15160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6A0AA056" w:rsidR="00D15160" w:rsidRDefault="00D15160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698EF005" w:rsidR="00214ECC" w:rsidRPr="000822CC" w:rsidRDefault="003729FB" w:rsidP="000822CC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5AAB69E4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34F9C059" w:rsidR="00597958" w:rsidRPr="00D15160" w:rsidRDefault="00D15160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2106851960"/>
            <w:placeholder>
              <w:docPart w:val="4F5915EBF6CA4FF0A6AD89B4BE2ADE6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106E778" w14:textId="7A24FD9F" w:rsidR="00597958" w:rsidRDefault="00D15160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7E7B564D" w:rsidR="00597958" w:rsidRDefault="00D15160">
            <w:r>
              <w:rPr>
                <w:b/>
                <w:bCs/>
              </w:rPr>
              <w:t>Dates of Employment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1BF9D8B0" w:rsidR="002E140B" w:rsidRDefault="002E140B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6C92EE62" w:rsidR="002E140B" w:rsidRDefault="002E140B" w:rsidP="002E140B"/>
        </w:tc>
      </w:tr>
      <w:tr w:rsidR="00AF6DCC" w14:paraId="62433A31" w14:textId="77777777" w:rsidTr="00E70F08">
        <w:tc>
          <w:tcPr>
            <w:tcW w:w="9350" w:type="dxa"/>
            <w:gridSpan w:val="2"/>
          </w:tcPr>
          <w:p w14:paraId="2D2E3F68" w14:textId="75B4CB4E" w:rsidR="00AF6DCC" w:rsidRDefault="00AF6D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2009250639"/>
                <w:placeholder>
                  <w:docPart w:val="0A1336DCC7524474BB3A3305E388B72D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6DCC" w14:paraId="33E8EE9B" w14:textId="77777777" w:rsidTr="002E140B">
        <w:tc>
          <w:tcPr>
            <w:tcW w:w="2547" w:type="dxa"/>
          </w:tcPr>
          <w:p w14:paraId="481C5998" w14:textId="77777777" w:rsidR="00AF6DCC" w:rsidRPr="00D15160" w:rsidRDefault="00AF6D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621727078"/>
            <w:placeholder>
              <w:docPart w:val="485AC5111F71478F8B918D49899D631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2A5F65D" w14:textId="77777777" w:rsidR="00AF6DCC" w:rsidRDefault="00AF6DCC" w:rsidP="005A5DAC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F280FB7" w14:textId="77777777" w:rsidTr="002E140B">
        <w:tc>
          <w:tcPr>
            <w:tcW w:w="2547" w:type="dxa"/>
          </w:tcPr>
          <w:p w14:paraId="0A167938" w14:textId="77777777" w:rsidR="00AF6DCC" w:rsidRDefault="00AF6DCC">
            <w:r>
              <w:rPr>
                <w:b/>
                <w:bCs/>
              </w:rPr>
              <w:t>Dates of Employment</w:t>
            </w:r>
          </w:p>
        </w:tc>
        <w:sdt>
          <w:sdtPr>
            <w:id w:val="766040319"/>
            <w:placeholder>
              <w:docPart w:val="93F2F0818A104EFEB515B57628C350B5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B3519B6" w14:textId="77777777" w:rsidR="00AF6DCC" w:rsidRDefault="00AF6D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61CF79C" w14:textId="77777777" w:rsidTr="002E140B">
        <w:tc>
          <w:tcPr>
            <w:tcW w:w="2547" w:type="dxa"/>
            <w:vAlign w:val="center"/>
          </w:tcPr>
          <w:p w14:paraId="1EEFCCF4" w14:textId="77777777" w:rsidR="00AF6DCC" w:rsidRDefault="00AF6D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311840527"/>
            <w:placeholder>
              <w:docPart w:val="77C3EC3620734AFE88DB392970609F8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0966E93" w14:textId="77777777" w:rsidR="00AF6DCC" w:rsidRDefault="00AF6D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2179E33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3FF67" w14:textId="43177373" w:rsidR="00AF6DCC" w:rsidRDefault="00AF6DCC" w:rsidP="002E140B"/>
        </w:tc>
      </w:tr>
      <w:tr w:rsidR="00AF6DCC" w14:paraId="5B5495D5" w14:textId="77777777" w:rsidTr="00E70F08">
        <w:tc>
          <w:tcPr>
            <w:tcW w:w="9350" w:type="dxa"/>
            <w:gridSpan w:val="2"/>
          </w:tcPr>
          <w:p w14:paraId="54765981" w14:textId="4A64E3E8" w:rsidR="00AF6DCC" w:rsidRDefault="00AF6D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491996933"/>
                <w:placeholder>
                  <w:docPart w:val="59B92F44A5874808BF693A8992740FFC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F6DCC" w14:paraId="41383F2F" w14:textId="77777777" w:rsidTr="002E140B">
        <w:tc>
          <w:tcPr>
            <w:tcW w:w="2547" w:type="dxa"/>
          </w:tcPr>
          <w:p w14:paraId="570502C4" w14:textId="77777777" w:rsidR="00AF6DCC" w:rsidRPr="00D15160" w:rsidRDefault="00AF6D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-582377643"/>
            <w:placeholder>
              <w:docPart w:val="2CFB8D7F40F342AFBF061A1834C158E5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647F2BD" w14:textId="77777777" w:rsidR="00AF6DCC" w:rsidRDefault="00AF6DCC" w:rsidP="005A5DAC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4C49DFC" w14:textId="77777777" w:rsidTr="002E140B">
        <w:tc>
          <w:tcPr>
            <w:tcW w:w="2547" w:type="dxa"/>
          </w:tcPr>
          <w:p w14:paraId="25DCD81A" w14:textId="77777777" w:rsidR="00AF6DCC" w:rsidRDefault="00AF6DCC">
            <w:r>
              <w:rPr>
                <w:b/>
                <w:bCs/>
              </w:rPr>
              <w:t>Dates of Employment</w:t>
            </w:r>
          </w:p>
        </w:tc>
        <w:sdt>
          <w:sdtPr>
            <w:id w:val="-340165045"/>
            <w:placeholder>
              <w:docPart w:val="19D9CFA04C8240A1A670758FE6963C0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45B11BF" w14:textId="77777777" w:rsidR="00AF6DCC" w:rsidRDefault="00AF6D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6EE5546D" w14:textId="77777777" w:rsidTr="002E140B">
        <w:tc>
          <w:tcPr>
            <w:tcW w:w="2547" w:type="dxa"/>
            <w:vAlign w:val="center"/>
          </w:tcPr>
          <w:p w14:paraId="15ED9EF9" w14:textId="77777777" w:rsidR="00AF6DCC" w:rsidRDefault="00AF6D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1491981787"/>
            <w:placeholder>
              <w:docPart w:val="9D0FAF4B33F1480E808CBEA2BB0CCC2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7F86270" w14:textId="77777777" w:rsidR="00AF6DCC" w:rsidRDefault="00AF6D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AF7B111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4CF75" w14:textId="11216D25" w:rsidR="00AF6DCC" w:rsidRDefault="00AF6DCC" w:rsidP="002E140B"/>
        </w:tc>
      </w:tr>
      <w:tr w:rsidR="000822CC" w14:paraId="50CB1186" w14:textId="77777777" w:rsidTr="00E70F08">
        <w:tc>
          <w:tcPr>
            <w:tcW w:w="9350" w:type="dxa"/>
            <w:gridSpan w:val="2"/>
          </w:tcPr>
          <w:p w14:paraId="5E39219B" w14:textId="3B9931D0" w:rsidR="000822CC" w:rsidRDefault="000822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445613540"/>
                <w:placeholder>
                  <w:docPart w:val="336352975C81416CAA058AF732A6A716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822CC" w14:paraId="0A59D25C" w14:textId="77777777" w:rsidTr="002E140B">
        <w:tc>
          <w:tcPr>
            <w:tcW w:w="2547" w:type="dxa"/>
          </w:tcPr>
          <w:p w14:paraId="196C0FD5" w14:textId="77777777" w:rsidR="000822CC" w:rsidRPr="00D15160" w:rsidRDefault="000822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-1901975068"/>
            <w:placeholder>
              <w:docPart w:val="A147DF4098474B7C8985DAAB0160C5D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1A82329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5BC55BB" w14:textId="77777777" w:rsidTr="002E140B">
        <w:tc>
          <w:tcPr>
            <w:tcW w:w="2547" w:type="dxa"/>
          </w:tcPr>
          <w:p w14:paraId="32E7CD91" w14:textId="77777777" w:rsidR="000822CC" w:rsidRDefault="000822CC">
            <w:r>
              <w:rPr>
                <w:b/>
                <w:bCs/>
              </w:rPr>
              <w:t>Dates of Employment</w:t>
            </w:r>
          </w:p>
        </w:tc>
        <w:sdt>
          <w:sdtPr>
            <w:id w:val="1329561806"/>
            <w:placeholder>
              <w:docPart w:val="20BF66BD0D0548E3B9C8F56C1F7FC251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1C60BB8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953BAE7" w14:textId="77777777" w:rsidTr="002E140B">
        <w:tc>
          <w:tcPr>
            <w:tcW w:w="2547" w:type="dxa"/>
            <w:vAlign w:val="center"/>
          </w:tcPr>
          <w:p w14:paraId="4531B024" w14:textId="77777777" w:rsidR="000822CC" w:rsidRDefault="000822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-843475317"/>
            <w:placeholder>
              <w:docPart w:val="AD631813536B4725973599EBC98B454D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E3F3151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634BC4C0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361EE4" w14:textId="6A618E33" w:rsidR="000822CC" w:rsidRDefault="000822CC" w:rsidP="002E140B"/>
        </w:tc>
      </w:tr>
      <w:tr w:rsidR="000822CC" w14:paraId="4A6E21BB" w14:textId="77777777" w:rsidTr="00E70F08">
        <w:tc>
          <w:tcPr>
            <w:tcW w:w="9350" w:type="dxa"/>
            <w:gridSpan w:val="2"/>
          </w:tcPr>
          <w:p w14:paraId="1E309FC6" w14:textId="5501E495" w:rsidR="000822CC" w:rsidRDefault="000822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728685784"/>
                <w:placeholder>
                  <w:docPart w:val="51DB6AEFED5243A797FB9BF07004731C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822CC" w14:paraId="733E55CE" w14:textId="77777777" w:rsidTr="002E140B">
        <w:tc>
          <w:tcPr>
            <w:tcW w:w="2547" w:type="dxa"/>
          </w:tcPr>
          <w:p w14:paraId="7E10E29D" w14:textId="77777777" w:rsidR="000822CC" w:rsidRPr="00D15160" w:rsidRDefault="000822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-136952973"/>
            <w:placeholder>
              <w:docPart w:val="2B7A50895B7743B9A9328B6D71490D20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D29F83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8DBE2C0" w14:textId="77777777" w:rsidTr="002E140B">
        <w:tc>
          <w:tcPr>
            <w:tcW w:w="2547" w:type="dxa"/>
          </w:tcPr>
          <w:p w14:paraId="396EAB49" w14:textId="77777777" w:rsidR="000822CC" w:rsidRDefault="000822CC">
            <w:r>
              <w:rPr>
                <w:b/>
                <w:bCs/>
              </w:rPr>
              <w:t>Dates of Employment</w:t>
            </w:r>
          </w:p>
        </w:tc>
        <w:sdt>
          <w:sdtPr>
            <w:id w:val="-725522521"/>
            <w:placeholder>
              <w:docPart w:val="B1F2EF8C8E5B4DF9B59ECD903D6DE89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5ADD547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5525FEB" w14:textId="77777777" w:rsidTr="002E140B">
        <w:tc>
          <w:tcPr>
            <w:tcW w:w="2547" w:type="dxa"/>
            <w:vAlign w:val="center"/>
          </w:tcPr>
          <w:p w14:paraId="0696D76A" w14:textId="77777777" w:rsidR="000822CC" w:rsidRDefault="000822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-672104619"/>
            <w:placeholder>
              <w:docPart w:val="2E69BCC4F9864BA68DBC70C35E2566DD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3D2B40E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A7C68D7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68440" w14:textId="1EAC59E8" w:rsidR="000822CC" w:rsidRDefault="000822CC" w:rsidP="002E140B"/>
        </w:tc>
      </w:tr>
      <w:tr w:rsidR="000822CC" w14:paraId="0E92F112" w14:textId="77777777" w:rsidTr="00E70F08">
        <w:tc>
          <w:tcPr>
            <w:tcW w:w="9350" w:type="dxa"/>
            <w:gridSpan w:val="2"/>
          </w:tcPr>
          <w:p w14:paraId="51218909" w14:textId="45026593" w:rsidR="000822CC" w:rsidRDefault="000822CC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138949053"/>
                <w:placeholder>
                  <w:docPart w:val="EB160F78721B454DAC7CBEB4153D7FC8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0822CC" w14:paraId="09F08117" w14:textId="77777777" w:rsidTr="002E140B">
        <w:tc>
          <w:tcPr>
            <w:tcW w:w="2547" w:type="dxa"/>
          </w:tcPr>
          <w:p w14:paraId="3636E800" w14:textId="77777777" w:rsidR="000822CC" w:rsidRPr="00D15160" w:rsidRDefault="000822CC">
            <w:pPr>
              <w:rPr>
                <w:b/>
                <w:bCs/>
              </w:rPr>
            </w:pPr>
            <w:r w:rsidRPr="00D15160">
              <w:rPr>
                <w:b/>
                <w:bCs/>
              </w:rPr>
              <w:t>Hospital</w:t>
            </w:r>
          </w:p>
        </w:tc>
        <w:sdt>
          <w:sdtPr>
            <w:id w:val="-903372325"/>
            <w:placeholder>
              <w:docPart w:val="A03BEA6A51D5487CBD1B82E03576FDC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36F2522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633E483E" w14:textId="77777777" w:rsidTr="002E140B">
        <w:tc>
          <w:tcPr>
            <w:tcW w:w="2547" w:type="dxa"/>
          </w:tcPr>
          <w:p w14:paraId="6A950D05" w14:textId="77777777" w:rsidR="000822CC" w:rsidRDefault="000822CC">
            <w:r>
              <w:rPr>
                <w:b/>
                <w:bCs/>
              </w:rPr>
              <w:t>Dates of Employment</w:t>
            </w:r>
          </w:p>
        </w:tc>
        <w:sdt>
          <w:sdtPr>
            <w:id w:val="-1160079597"/>
            <w:placeholder>
              <w:docPart w:val="E982CFFD17D14F9392355130C2C35F13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321657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DC3F55C" w14:textId="77777777" w:rsidTr="002E140B">
        <w:tc>
          <w:tcPr>
            <w:tcW w:w="2547" w:type="dxa"/>
            <w:vAlign w:val="center"/>
          </w:tcPr>
          <w:p w14:paraId="67664D69" w14:textId="77777777" w:rsidR="000822CC" w:rsidRDefault="000822CC" w:rsidP="002E140B">
            <w:r w:rsidRPr="00F4085D">
              <w:rPr>
                <w:b/>
                <w:bCs/>
              </w:rPr>
              <w:t xml:space="preserve">Specialty </w:t>
            </w:r>
          </w:p>
        </w:tc>
        <w:sdt>
          <w:sdtPr>
            <w:id w:val="360168161"/>
            <w:placeholder>
              <w:docPart w:val="C21F73EA9C90418883AB84EBB054DC8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AB49BA5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27DD8CB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8C441" w14:textId="45D01466" w:rsidR="000822CC" w:rsidRDefault="000822CC" w:rsidP="002E140B"/>
        </w:tc>
      </w:tr>
    </w:tbl>
    <w:p w14:paraId="77653012" w14:textId="77777777" w:rsidR="000822CC" w:rsidRDefault="000822CC">
      <w:pPr>
        <w:pStyle w:val="Heading1"/>
      </w:pPr>
    </w:p>
    <w:p w14:paraId="08175A2B" w14:textId="77777777" w:rsidR="000822CC" w:rsidRDefault="000822C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7FF228E2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p w14:paraId="00C0F9B1" w14:textId="77777777" w:rsidR="00AF6DCC" w:rsidRPr="00AF6DCC" w:rsidRDefault="00AF6DCC" w:rsidP="00AF6DCC">
      <w:r w:rsidRPr="00AF6DCC">
        <w:t xml:space="preserve">Please list a maximum of 5 Audits that you have </w:t>
      </w:r>
      <w:proofErr w:type="gramStart"/>
      <w:r w:rsidRPr="00AF6DCC">
        <w:t>participated</w:t>
      </w:r>
      <w:proofErr w:type="gramEnd"/>
      <w:r w:rsidRPr="00AF6DCC">
        <w:t xml:space="preserve"> and/or lead 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6FAC5304" w:rsidR="008525FA" w:rsidRDefault="00D15160" w:rsidP="002D7D98">
            <w:r>
              <w:rPr>
                <w:b/>
                <w:bCs/>
              </w:rPr>
              <w:t>Audit</w:t>
            </w:r>
            <w:r w:rsidR="008525FA"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1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0053F71" w14:textId="7EA423DE" w:rsidR="008525FA" w:rsidRPr="00AF6DCC" w:rsidRDefault="00AF6D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09702574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6D93B47" w14:textId="2F32EA7D" w:rsidR="00AF6DCC" w:rsidRDefault="00AF6D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1721473515"/>
            <w:placeholder>
              <w:docPart w:val="D4FBE3645B874B5DA6A97A1EDE648988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66C407E7" w14:textId="5CE05189" w:rsidR="00AF6DCC" w:rsidRDefault="00AF6DCC" w:rsidP="002D7D98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6DCC" w14:paraId="5BF1F8D3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B18F820" w14:textId="3217309F" w:rsidR="00AF6DCC" w:rsidRDefault="00AF6D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7F3B84A" w14:textId="732F74E3" w:rsidR="00AF6DCC" w:rsidRDefault="00AF6DCC" w:rsidP="002D7D98">
            <w:r>
              <w:t xml:space="preserve">Yes </w:t>
            </w:r>
            <w:sdt>
              <w:sdtPr>
                <w:id w:val="152258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18494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189647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F6DCC" w14:paraId="0CD3D88C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2E299901" w14:textId="77777777" w:rsidR="00AF6DCC" w:rsidRDefault="00AF6D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2145303569"/>
              <w:placeholder>
                <w:docPart w:val="0D95820094F447E6903FF8A5917974BF"/>
              </w:placeholder>
              <w:showingPlcHdr/>
            </w:sdtPr>
            <w:sdtEndPr/>
            <w:sdtContent>
              <w:p w14:paraId="5CC1AB42" w14:textId="1325DA04" w:rsidR="00AF6DCC" w:rsidRDefault="00AF6DCC" w:rsidP="002D7D98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20C8AF6F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7D5D13C" w14:textId="703E2DDF" w:rsidR="006D01CC" w:rsidRDefault="006D01CC" w:rsidP="00CD745A">
            <w:pPr>
              <w:rPr>
                <w:b/>
                <w:bCs/>
              </w:rPr>
            </w:pPr>
          </w:p>
        </w:tc>
      </w:tr>
      <w:tr w:rsidR="006D01CC" w14:paraId="0AC7E088" w14:textId="77777777" w:rsidTr="0019370D">
        <w:tc>
          <w:tcPr>
            <w:tcW w:w="9350" w:type="dxa"/>
            <w:gridSpan w:val="2"/>
          </w:tcPr>
          <w:p w14:paraId="62B9BE56" w14:textId="53110EFC" w:rsidR="006D01CC" w:rsidRDefault="006D01CC" w:rsidP="002D7D98">
            <w:r>
              <w:rPr>
                <w:b/>
                <w:bCs/>
              </w:rPr>
              <w:t>Audit</w:t>
            </w:r>
            <w:r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2: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508748568"/>
                <w:placeholder>
                  <w:docPart w:val="87C3BD7C971F4B709835CABCA8408F48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01CC" w14:paraId="72F292B2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0FD7B7A" w14:textId="77777777" w:rsidR="006D01CC" w:rsidRPr="00AF6DCC" w:rsidRDefault="006D01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746932341"/>
            <w:placeholder>
              <w:docPart w:val="B6B954F6C93E4E3CAF25ED4D1E9DD080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0776C866" w14:textId="77777777" w:rsidR="006D01CC" w:rsidRDefault="006D01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109A2200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EF2A5DB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143941341"/>
            <w:placeholder>
              <w:docPart w:val="CF8C7854AA73411A97D1218AEE3D54D4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1DD1B1AE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890F4C3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4171FE9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62FF32F" w14:textId="77777777" w:rsidR="006D01CC" w:rsidRDefault="006D01CC" w:rsidP="002D7D98">
            <w:r>
              <w:t xml:space="preserve">Yes </w:t>
            </w:r>
            <w:sdt>
              <w:sdtPr>
                <w:id w:val="-1669018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1312064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-42071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D01CC" w14:paraId="49CF11C0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6C0AE0DC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-1375232726"/>
              <w:placeholder>
                <w:docPart w:val="CAC7A0E89C9B42AB86638CE4422E2F6D"/>
              </w:placeholder>
              <w:showingPlcHdr/>
            </w:sdtPr>
            <w:sdtEndPr/>
            <w:sdtContent>
              <w:p w14:paraId="78615A38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29EF03AA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7E8D2E3" w14:textId="08C04483" w:rsidR="006D01CC" w:rsidRDefault="006D01CC" w:rsidP="00CD745A">
            <w:pPr>
              <w:rPr>
                <w:b/>
                <w:bCs/>
              </w:rPr>
            </w:pPr>
          </w:p>
        </w:tc>
      </w:tr>
      <w:tr w:rsidR="006D01CC" w14:paraId="113F2457" w14:textId="77777777" w:rsidTr="0019370D">
        <w:tc>
          <w:tcPr>
            <w:tcW w:w="9350" w:type="dxa"/>
            <w:gridSpan w:val="2"/>
          </w:tcPr>
          <w:p w14:paraId="0B9FEC76" w14:textId="61DDB1D9" w:rsidR="006D01CC" w:rsidRDefault="006D01CC" w:rsidP="002D7D98">
            <w:r>
              <w:rPr>
                <w:b/>
                <w:bCs/>
              </w:rPr>
              <w:t>Audit</w:t>
            </w:r>
            <w:r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3: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53230700"/>
                <w:placeholder>
                  <w:docPart w:val="3F13B2C2C0DB44DC97A99B1F6C9114C6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01CC" w14:paraId="267EA38B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E61DD4C" w14:textId="77777777" w:rsidR="006D01CC" w:rsidRPr="00AF6DCC" w:rsidRDefault="006D01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1115480268"/>
            <w:placeholder>
              <w:docPart w:val="B3F183E1789645268B3FD3C9F15F7DE8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4B736F38" w14:textId="77777777" w:rsidR="006D01CC" w:rsidRDefault="006D01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DD88B31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354CA0F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1515954976"/>
            <w:placeholder>
              <w:docPart w:val="2BA9AED2723D4C6CB5E02F6E0A9A8B85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46D894FD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06C4BC0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760DC78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9F6E998" w14:textId="77777777" w:rsidR="006D01CC" w:rsidRDefault="006D01CC" w:rsidP="002D7D98">
            <w:r>
              <w:t xml:space="preserve">Yes </w:t>
            </w:r>
            <w:sdt>
              <w:sdtPr>
                <w:id w:val="1624968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134535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-983688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D01CC" w14:paraId="0C10E10C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05A2F54C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-1450933937"/>
              <w:placeholder>
                <w:docPart w:val="AFFF998786BC43F48AD928F9C1041277"/>
              </w:placeholder>
              <w:showingPlcHdr/>
            </w:sdtPr>
            <w:sdtEndPr/>
            <w:sdtContent>
              <w:p w14:paraId="57A9117E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6732522F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E964DC4" w14:textId="0FA5ACAA" w:rsidR="006D01CC" w:rsidRDefault="006D01CC" w:rsidP="00CD745A">
            <w:pPr>
              <w:rPr>
                <w:b/>
                <w:bCs/>
              </w:rPr>
            </w:pPr>
          </w:p>
        </w:tc>
      </w:tr>
      <w:tr w:rsidR="006D01CC" w14:paraId="55244956" w14:textId="77777777" w:rsidTr="0019370D">
        <w:tc>
          <w:tcPr>
            <w:tcW w:w="9350" w:type="dxa"/>
            <w:gridSpan w:val="2"/>
          </w:tcPr>
          <w:p w14:paraId="427672F0" w14:textId="0D633559" w:rsidR="006D01CC" w:rsidRDefault="006D01CC" w:rsidP="002D7D98">
            <w:r>
              <w:rPr>
                <w:b/>
                <w:bCs/>
              </w:rPr>
              <w:t>Audit</w:t>
            </w:r>
            <w:r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4: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51794332"/>
                <w:placeholder>
                  <w:docPart w:val="FD7FE0416A8A4DDE9C513B3F0D77D591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01CC" w14:paraId="3EB4B177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C1E5483" w14:textId="77777777" w:rsidR="006D01CC" w:rsidRPr="00AF6DCC" w:rsidRDefault="006D01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-1589381140"/>
            <w:placeholder>
              <w:docPart w:val="62CDED8152A14300AEE6395973E7656B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629D117C" w14:textId="77777777" w:rsidR="006D01CC" w:rsidRDefault="006D01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F70D96D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508FFE4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-1737074704"/>
            <w:placeholder>
              <w:docPart w:val="AAB88D9436F4498A924ED44C14EEFF73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354DA99E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6268BDC4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752324B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7603F4A" w14:textId="77777777" w:rsidR="006D01CC" w:rsidRDefault="006D01CC" w:rsidP="002D7D98">
            <w:r>
              <w:t xml:space="preserve">Yes </w:t>
            </w:r>
            <w:sdt>
              <w:sdtPr>
                <w:id w:val="-44369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181105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-119260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D01CC" w14:paraId="0EC51ACE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6744F7C5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-1181581134"/>
              <w:placeholder>
                <w:docPart w:val="98F05FD7613A4B79BDCA0CA971B8598A"/>
              </w:placeholder>
              <w:showingPlcHdr/>
            </w:sdtPr>
            <w:sdtEndPr/>
            <w:sdtContent>
              <w:p w14:paraId="5BE22C29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77973FAF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AA2189E" w14:textId="5D89E000" w:rsidR="006D01CC" w:rsidRDefault="006D01CC" w:rsidP="00CD745A">
            <w:pPr>
              <w:rPr>
                <w:b/>
                <w:bCs/>
              </w:rPr>
            </w:pPr>
          </w:p>
        </w:tc>
      </w:tr>
      <w:tr w:rsidR="006D01CC" w14:paraId="6DD0EDEA" w14:textId="77777777" w:rsidTr="0019370D">
        <w:tc>
          <w:tcPr>
            <w:tcW w:w="9350" w:type="dxa"/>
            <w:gridSpan w:val="2"/>
          </w:tcPr>
          <w:p w14:paraId="5D1AF25E" w14:textId="538FD486" w:rsidR="006D01CC" w:rsidRDefault="006D01CC" w:rsidP="002D7D98">
            <w:r>
              <w:rPr>
                <w:b/>
                <w:bCs/>
              </w:rPr>
              <w:t>Audit</w:t>
            </w:r>
            <w:r w:rsidRPr="00F4085D">
              <w:rPr>
                <w:b/>
                <w:bCs/>
              </w:rPr>
              <w:t xml:space="preserve"> Title</w:t>
            </w:r>
            <w:r>
              <w:rPr>
                <w:b/>
                <w:bCs/>
              </w:rPr>
              <w:t xml:space="preserve"> 5: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70568106"/>
                <w:placeholder>
                  <w:docPart w:val="810653E193AB4128AE4A138C5D978C99"/>
                </w:placeholder>
                <w:showingPlcHdr/>
              </w:sdtPr>
              <w:sdtEndPr/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D01CC" w14:paraId="1A617B7B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3442E2F" w14:textId="77777777" w:rsidR="006D01CC" w:rsidRPr="00AF6DCC" w:rsidRDefault="006D01CC" w:rsidP="00CD745A">
            <w:pPr>
              <w:rPr>
                <w:b/>
                <w:bCs/>
              </w:rPr>
            </w:pPr>
            <w:r w:rsidRPr="00AF6DCC">
              <w:rPr>
                <w:b/>
                <w:bCs/>
              </w:rPr>
              <w:t>Supervising consultant</w:t>
            </w:r>
            <w:r>
              <w:rPr>
                <w:b/>
                <w:bCs/>
              </w:rPr>
              <w:t>:</w:t>
            </w:r>
          </w:p>
        </w:tc>
        <w:sdt>
          <w:sdtPr>
            <w:id w:val="1886523148"/>
            <w:placeholder>
              <w:docPart w:val="1CACDE27C33A49D0B4BF4B8DD155A883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69AC846F" w14:textId="77777777" w:rsidR="006D01CC" w:rsidRDefault="006D01CC" w:rsidP="005A5DAC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14C7877A" w14:textId="77777777" w:rsidTr="00CC1592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8CAF068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Hospital</w:t>
            </w:r>
          </w:p>
        </w:tc>
        <w:sdt>
          <w:sdtPr>
            <w:id w:val="2035695912"/>
            <w:placeholder>
              <w:docPart w:val="2BB260D537AE4548A7C21059EB61A722"/>
            </w:placeholder>
            <w:showingPlcHdr/>
          </w:sdtPr>
          <w:sdtEndPr/>
          <w:sdtContent>
            <w:tc>
              <w:tcPr>
                <w:tcW w:w="6520" w:type="dxa"/>
                <w:tcBorders>
                  <w:bottom w:val="single" w:sz="4" w:space="0" w:color="auto"/>
                </w:tcBorders>
              </w:tcPr>
              <w:p w14:paraId="0C758DA4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142AAFF3" w14:textId="77777777" w:rsidTr="00AF6DCC">
        <w:trPr>
          <w:trHeight w:val="199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5A4FDF4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Audit cycle completed: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5AF610A" w14:textId="77777777" w:rsidR="006D01CC" w:rsidRDefault="006D01CC" w:rsidP="002D7D98">
            <w:r>
              <w:t xml:space="preserve">Yes </w:t>
            </w:r>
            <w:sdt>
              <w:sdtPr>
                <w:id w:val="2799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 </w:t>
            </w:r>
            <w:sdt>
              <w:sdtPr>
                <w:id w:val="-121534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Ongoing </w:t>
            </w:r>
            <w:sdt>
              <w:sdtPr>
                <w:id w:val="188582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D01CC" w14:paraId="13A638E8" w14:textId="77777777" w:rsidTr="006D01CC">
        <w:tc>
          <w:tcPr>
            <w:tcW w:w="9350" w:type="dxa"/>
            <w:gridSpan w:val="2"/>
            <w:tcBorders>
              <w:bottom w:val="single" w:sz="4" w:space="0" w:color="auto"/>
            </w:tcBorders>
            <w:vAlign w:val="center"/>
          </w:tcPr>
          <w:p w14:paraId="44ACC5A8" w14:textId="77777777" w:rsidR="006D01CC" w:rsidRDefault="006D01CC" w:rsidP="00CD745A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audit aims: (100 words)</w:t>
            </w:r>
          </w:p>
          <w:sdt>
            <w:sdtPr>
              <w:id w:val="1689481601"/>
              <w:placeholder>
                <w:docPart w:val="34B3F04B3640474B96E48703C08F7C45"/>
              </w:placeholder>
              <w:showingPlcHdr/>
            </w:sdtPr>
            <w:sdtEndPr/>
            <w:sdtContent>
              <w:p w14:paraId="3327A9B4" w14:textId="77777777" w:rsidR="006D01CC" w:rsidRDefault="006D01CC" w:rsidP="005A5DAC">
                <w:r w:rsidRPr="005A5DAC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6D01CC" w14:paraId="7658FB36" w14:textId="77777777" w:rsidTr="006D01CC">
        <w:tc>
          <w:tcPr>
            <w:tcW w:w="93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AE1DFF0" w14:textId="575EECB9" w:rsidR="006D01CC" w:rsidRDefault="006D01CC" w:rsidP="00CD745A">
            <w:pPr>
              <w:rPr>
                <w:b/>
                <w:bCs/>
              </w:rPr>
            </w:pPr>
          </w:p>
        </w:tc>
      </w:tr>
      <w:tr w:rsidR="00CD745A" w14:paraId="52CA7D1C" w14:textId="77777777" w:rsidTr="006D01CC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D39AD" w14:textId="2FE285DB" w:rsidR="00CD745A" w:rsidRDefault="00CD745A" w:rsidP="002D7D98"/>
        </w:tc>
      </w:tr>
    </w:tbl>
    <w:p w14:paraId="086153B4" w14:textId="77777777" w:rsidR="000822CC" w:rsidRDefault="000822CC">
      <w:pPr>
        <w:pStyle w:val="Heading1"/>
      </w:pPr>
    </w:p>
    <w:p w14:paraId="16155EEC" w14:textId="1A879011" w:rsidR="00214ECC" w:rsidRPr="000822CC" w:rsidRDefault="000822CC" w:rsidP="000822CC">
      <w:pPr>
        <w:pStyle w:val="Heading1"/>
      </w:pPr>
      <w:r>
        <w:br w:type="page"/>
      </w:r>
      <w:r w:rsidR="003729FB">
        <w:lastRenderedPageBreak/>
        <w:t>Research &amp; Publications</w:t>
      </w:r>
    </w:p>
    <w:p w14:paraId="65FB1B2B" w14:textId="0976352F" w:rsidR="00CC1592" w:rsidRPr="00CC1592" w:rsidRDefault="00CC1592" w:rsidP="00CC1592">
      <w:r w:rsidRPr="00CC1592">
        <w:t>Please record any/all Publications, Presentations, Ongoing research</w:t>
      </w:r>
      <w:r w:rsidR="00597A18">
        <w:t>:</w:t>
      </w:r>
    </w:p>
    <w:p w14:paraId="08E803B5" w14:textId="77777777" w:rsidR="00597A18" w:rsidRDefault="00CC1592" w:rsidP="00597A18">
      <w:pPr>
        <w:pStyle w:val="Heading2"/>
      </w:pPr>
      <w:r w:rsidRPr="00CC1592">
        <w:t>Publications</w:t>
      </w:r>
      <w:r w:rsidR="00597A18" w:rsidRPr="00597A18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597A18" w14:paraId="7AD8BB12" w14:textId="77777777" w:rsidTr="008D06F5">
        <w:tc>
          <w:tcPr>
            <w:tcW w:w="2723" w:type="dxa"/>
            <w:vAlign w:val="center"/>
          </w:tcPr>
          <w:p w14:paraId="4169C014" w14:textId="3DB38801" w:rsidR="00597A18" w:rsidRDefault="00597A18" w:rsidP="008D06F5">
            <w:r>
              <w:rPr>
                <w:b/>
                <w:bCs/>
              </w:rPr>
              <w:t xml:space="preserve">Authors (as appears </w:t>
            </w:r>
            <w:proofErr w:type="gramStart"/>
            <w:r>
              <w:rPr>
                <w:b/>
                <w:bCs/>
              </w:rPr>
              <w:t>on</w:t>
            </w:r>
            <w:proofErr w:type="gramEnd"/>
            <w:r>
              <w:rPr>
                <w:b/>
                <w:bCs/>
              </w:rPr>
              <w:t xml:space="preserve"> publication):</w:t>
            </w:r>
          </w:p>
        </w:tc>
        <w:sdt>
          <w:sdtPr>
            <w:id w:val="587663669"/>
            <w:placeholder>
              <w:docPart w:val="5E106B1453BD4F67BF63B7C3B463E978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FAA6AB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22331797" w14:textId="77777777" w:rsidTr="008D06F5">
        <w:tc>
          <w:tcPr>
            <w:tcW w:w="2723" w:type="dxa"/>
            <w:vAlign w:val="center"/>
          </w:tcPr>
          <w:p w14:paraId="607BE762" w14:textId="05E80784" w:rsidR="00597A18" w:rsidRDefault="00597A18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publication: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702397357"/>
            <w:placeholder>
              <w:docPart w:val="D607F05445494B0BAC1500946C3B12E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C688E98" w14:textId="36CC38FD" w:rsidR="00597A18" w:rsidRDefault="00597A18" w:rsidP="008D06F5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39233045" w14:textId="77777777" w:rsidTr="008D06F5">
        <w:tc>
          <w:tcPr>
            <w:tcW w:w="2723" w:type="dxa"/>
            <w:vAlign w:val="center"/>
          </w:tcPr>
          <w:p w14:paraId="678D9048" w14:textId="77777777" w:rsidR="00597A18" w:rsidRDefault="00597A18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18F3B7DE2F8D4D4F891158D9B04F63AD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CE505FB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78ABD5A1" w14:textId="77777777" w:rsidTr="008D06F5">
        <w:tc>
          <w:tcPr>
            <w:tcW w:w="2723" w:type="dxa"/>
            <w:vAlign w:val="center"/>
          </w:tcPr>
          <w:p w14:paraId="32DD8C77" w14:textId="2ACC77FD" w:rsidR="00597A18" w:rsidRPr="00F4085D" w:rsidRDefault="00597A18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Publication Date</w:t>
            </w:r>
          </w:p>
        </w:tc>
        <w:sdt>
          <w:sdtPr>
            <w:id w:val="1721250372"/>
            <w:placeholder>
              <w:docPart w:val="E7F5AD484C9A444598540556BC8B2BA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786292EF" w14:textId="1D616FB2" w:rsidR="00597A18" w:rsidRDefault="00597A18" w:rsidP="008D06F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A18" w14:paraId="56B1D5A0" w14:textId="77777777" w:rsidTr="008D06F5">
        <w:tc>
          <w:tcPr>
            <w:tcW w:w="2723" w:type="dxa"/>
            <w:vAlign w:val="center"/>
          </w:tcPr>
          <w:p w14:paraId="15FFA8DA" w14:textId="73B50269" w:rsidR="00597A18" w:rsidRPr="00F4085D" w:rsidRDefault="00597A18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DOI link </w:t>
            </w:r>
            <w:r>
              <w:rPr>
                <w:b/>
                <w:bCs/>
              </w:rPr>
              <w:t>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</w:t>
            </w:r>
          </w:p>
          <w:p w14:paraId="0BFD6840" w14:textId="77777777" w:rsidR="00597A18" w:rsidRDefault="00597A18" w:rsidP="008D06F5"/>
        </w:tc>
        <w:sdt>
          <w:sdtPr>
            <w:id w:val="281088364"/>
            <w:placeholder>
              <w:docPart w:val="46B400469BBC4934A85AA102FC6B7BF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3950372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6E9A5477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CF8654" w14:textId="77777777" w:rsidR="00597A18" w:rsidRPr="00F4085D" w:rsidRDefault="00597A18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10F71" w14:textId="08F8351B" w:rsidR="00597A18" w:rsidRDefault="00597A18" w:rsidP="008D06F5"/>
        </w:tc>
      </w:tr>
      <w:tr w:rsidR="006D2D13" w14:paraId="605D3341" w14:textId="77777777" w:rsidTr="008D06F5">
        <w:tc>
          <w:tcPr>
            <w:tcW w:w="2723" w:type="dxa"/>
            <w:vAlign w:val="center"/>
          </w:tcPr>
          <w:p w14:paraId="66FC21AE" w14:textId="1B1D6B10" w:rsidR="006D2D13" w:rsidRDefault="006D2D13" w:rsidP="008D06F5">
            <w:r>
              <w:rPr>
                <w:b/>
                <w:bCs/>
              </w:rPr>
              <w:t xml:space="preserve">Authors (as appears </w:t>
            </w:r>
            <w:proofErr w:type="gramStart"/>
            <w:r>
              <w:rPr>
                <w:b/>
                <w:bCs/>
              </w:rPr>
              <w:t>on</w:t>
            </w:r>
            <w:proofErr w:type="gramEnd"/>
            <w:r>
              <w:rPr>
                <w:b/>
                <w:bCs/>
              </w:rPr>
              <w:t xml:space="preserve"> publication):</w:t>
            </w:r>
          </w:p>
        </w:tc>
        <w:sdt>
          <w:sdtPr>
            <w:id w:val="1059745744"/>
            <w:placeholder>
              <w:docPart w:val="1B44F120EF504B9D87279119751C30A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1A4F523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73CBF4DA" w14:textId="77777777" w:rsidTr="008D06F5">
        <w:tc>
          <w:tcPr>
            <w:tcW w:w="2723" w:type="dxa"/>
            <w:vAlign w:val="center"/>
          </w:tcPr>
          <w:p w14:paraId="7284220C" w14:textId="77777777" w:rsidR="006D2D13" w:rsidRDefault="006D2D13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publication: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855731504"/>
            <w:placeholder>
              <w:docPart w:val="A31B6815A47640368EF06E4616CB25F5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21B139B" w14:textId="77777777" w:rsidR="006D2D13" w:rsidRDefault="006D2D13" w:rsidP="00F10F93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8AC4221" w14:textId="77777777" w:rsidTr="008D06F5">
        <w:tc>
          <w:tcPr>
            <w:tcW w:w="2723" w:type="dxa"/>
            <w:vAlign w:val="center"/>
          </w:tcPr>
          <w:p w14:paraId="727D3D56" w14:textId="77777777" w:rsidR="006D2D13" w:rsidRDefault="006D2D13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492713626"/>
            <w:placeholder>
              <w:docPart w:val="D65DF82CD6004F83A1245C5809E10E0C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9A70D0B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74A6100" w14:textId="77777777" w:rsidTr="008D06F5">
        <w:tc>
          <w:tcPr>
            <w:tcW w:w="2723" w:type="dxa"/>
            <w:vAlign w:val="center"/>
          </w:tcPr>
          <w:p w14:paraId="7371AB60" w14:textId="77777777" w:rsidR="006D2D13" w:rsidRPr="00F4085D" w:rsidRDefault="006D2D13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Publication Date</w:t>
            </w:r>
          </w:p>
        </w:tc>
        <w:sdt>
          <w:sdtPr>
            <w:id w:val="1844740840"/>
            <w:placeholder>
              <w:docPart w:val="A61F05B5CD7A4FC2A2F6127494FC9E2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AC87556" w14:textId="77777777" w:rsidR="006D2D13" w:rsidRDefault="006D2D13" w:rsidP="00F10F93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6D2D13" w14:paraId="6C1FCB12" w14:textId="77777777" w:rsidTr="008D06F5">
        <w:tc>
          <w:tcPr>
            <w:tcW w:w="2723" w:type="dxa"/>
            <w:vAlign w:val="center"/>
          </w:tcPr>
          <w:p w14:paraId="6B78011C" w14:textId="77777777" w:rsidR="006D2D13" w:rsidRPr="00F4085D" w:rsidRDefault="006D2D13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DOI link </w:t>
            </w:r>
            <w:r>
              <w:rPr>
                <w:b/>
                <w:bCs/>
              </w:rPr>
              <w:t>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</w:t>
            </w:r>
          </w:p>
          <w:p w14:paraId="75CF6D47" w14:textId="77777777" w:rsidR="006D2D13" w:rsidRDefault="006D2D13" w:rsidP="008D06F5"/>
        </w:tc>
        <w:sdt>
          <w:sdtPr>
            <w:id w:val="1799800363"/>
            <w:placeholder>
              <w:docPart w:val="CDC3D4A0FCC94CF9A02A26AD5845B79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1A04264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049F5666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BE5C17" w14:textId="77777777" w:rsidR="006D2D13" w:rsidRPr="00F4085D" w:rsidRDefault="006D2D13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F9D39" w14:textId="4BC68D09" w:rsidR="006D2D13" w:rsidRDefault="006D2D13" w:rsidP="008D06F5"/>
        </w:tc>
      </w:tr>
      <w:tr w:rsidR="000822CC" w14:paraId="355AC538" w14:textId="77777777" w:rsidTr="008D06F5">
        <w:tc>
          <w:tcPr>
            <w:tcW w:w="2723" w:type="dxa"/>
            <w:vAlign w:val="center"/>
          </w:tcPr>
          <w:p w14:paraId="7AB53935" w14:textId="2D613BE5" w:rsidR="000822CC" w:rsidRDefault="000822CC" w:rsidP="008D06F5">
            <w:r>
              <w:rPr>
                <w:b/>
                <w:bCs/>
              </w:rPr>
              <w:t xml:space="preserve">Authors (as appears </w:t>
            </w:r>
            <w:proofErr w:type="gramStart"/>
            <w:r>
              <w:rPr>
                <w:b/>
                <w:bCs/>
              </w:rPr>
              <w:t>on</w:t>
            </w:r>
            <w:proofErr w:type="gramEnd"/>
            <w:r>
              <w:rPr>
                <w:b/>
                <w:bCs/>
              </w:rPr>
              <w:t xml:space="preserve"> publication):</w:t>
            </w:r>
          </w:p>
        </w:tc>
        <w:sdt>
          <w:sdtPr>
            <w:id w:val="1494762785"/>
            <w:placeholder>
              <w:docPart w:val="059508E39F9745DD98FE893ECD8B52BD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56095AD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EE524D7" w14:textId="77777777" w:rsidTr="008D06F5">
        <w:tc>
          <w:tcPr>
            <w:tcW w:w="2723" w:type="dxa"/>
            <w:vAlign w:val="center"/>
          </w:tcPr>
          <w:p w14:paraId="764CD819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publication: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1311598047"/>
            <w:placeholder>
              <w:docPart w:val="C6CE23156D704F2082EEB4B2702C8BA2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D0B205A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4AC1B7A" w14:textId="77777777" w:rsidTr="008D06F5">
        <w:tc>
          <w:tcPr>
            <w:tcW w:w="2723" w:type="dxa"/>
            <w:vAlign w:val="center"/>
          </w:tcPr>
          <w:p w14:paraId="27C32798" w14:textId="77777777" w:rsidR="000822CC" w:rsidRDefault="000822CC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2068333701"/>
            <w:placeholder>
              <w:docPart w:val="D6A92655E7484C72B959CCD12CCDB3D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4D2C3BF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2298E0F" w14:textId="77777777" w:rsidTr="008D06F5">
        <w:tc>
          <w:tcPr>
            <w:tcW w:w="2723" w:type="dxa"/>
            <w:vAlign w:val="center"/>
          </w:tcPr>
          <w:p w14:paraId="79A6EDC9" w14:textId="77777777" w:rsidR="000822CC" w:rsidRPr="00F4085D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Publication Date</w:t>
            </w:r>
          </w:p>
        </w:tc>
        <w:sdt>
          <w:sdtPr>
            <w:id w:val="-1318566743"/>
            <w:placeholder>
              <w:docPart w:val="9C975168F5AE47A0855A81AD5687984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13FD2964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0B59F5D2" w14:textId="77777777" w:rsidTr="008D06F5">
        <w:tc>
          <w:tcPr>
            <w:tcW w:w="2723" w:type="dxa"/>
            <w:vAlign w:val="center"/>
          </w:tcPr>
          <w:p w14:paraId="3F3BC026" w14:textId="77777777" w:rsidR="000822CC" w:rsidRPr="00F4085D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DOI link </w:t>
            </w:r>
            <w:r>
              <w:rPr>
                <w:b/>
                <w:bCs/>
              </w:rPr>
              <w:t>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</w:t>
            </w:r>
          </w:p>
          <w:p w14:paraId="72473E74" w14:textId="77777777" w:rsidR="000822CC" w:rsidRDefault="000822CC" w:rsidP="008D06F5"/>
        </w:tc>
        <w:sdt>
          <w:sdtPr>
            <w:id w:val="1214310295"/>
            <w:placeholder>
              <w:docPart w:val="C087B10D42CF4ADFAF219769437A4028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233E160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45AC9A2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3839E1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11363F" w14:textId="48E8FDE6" w:rsidR="000822CC" w:rsidRDefault="000822CC" w:rsidP="008D06F5"/>
        </w:tc>
      </w:tr>
      <w:tr w:rsidR="000822CC" w14:paraId="760F016F" w14:textId="77777777" w:rsidTr="008D06F5">
        <w:tc>
          <w:tcPr>
            <w:tcW w:w="2723" w:type="dxa"/>
            <w:vAlign w:val="center"/>
          </w:tcPr>
          <w:p w14:paraId="0960D96A" w14:textId="166A83EA" w:rsidR="000822CC" w:rsidRDefault="000822CC" w:rsidP="008D06F5">
            <w:r>
              <w:rPr>
                <w:b/>
                <w:bCs/>
              </w:rPr>
              <w:t xml:space="preserve">Authors (as appears </w:t>
            </w:r>
            <w:proofErr w:type="gramStart"/>
            <w:r>
              <w:rPr>
                <w:b/>
                <w:bCs/>
              </w:rPr>
              <w:t>on</w:t>
            </w:r>
            <w:proofErr w:type="gramEnd"/>
            <w:r>
              <w:rPr>
                <w:b/>
                <w:bCs/>
              </w:rPr>
              <w:t xml:space="preserve"> publication):</w:t>
            </w:r>
          </w:p>
        </w:tc>
        <w:sdt>
          <w:sdtPr>
            <w:id w:val="-948546522"/>
            <w:placeholder>
              <w:docPart w:val="8BF1F4CD70E74D268A899A95690A022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3816510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60EB5405" w14:textId="77777777" w:rsidTr="008D06F5">
        <w:tc>
          <w:tcPr>
            <w:tcW w:w="2723" w:type="dxa"/>
            <w:vAlign w:val="center"/>
          </w:tcPr>
          <w:p w14:paraId="38B6EB5F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publication: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1754726139"/>
            <w:placeholder>
              <w:docPart w:val="EAB18B9A38924E35A31352645064F4E2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C7072A7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0FD09E4" w14:textId="77777777" w:rsidTr="008D06F5">
        <w:tc>
          <w:tcPr>
            <w:tcW w:w="2723" w:type="dxa"/>
            <w:vAlign w:val="center"/>
          </w:tcPr>
          <w:p w14:paraId="3F033E79" w14:textId="77777777" w:rsidR="000822CC" w:rsidRDefault="000822CC" w:rsidP="008D06F5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025981005"/>
            <w:placeholder>
              <w:docPart w:val="9ECE229CBB56448093E206192ADEB9C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A808F0E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A72AC9A" w14:textId="77777777" w:rsidTr="008D06F5">
        <w:tc>
          <w:tcPr>
            <w:tcW w:w="2723" w:type="dxa"/>
            <w:vAlign w:val="center"/>
          </w:tcPr>
          <w:p w14:paraId="767148C4" w14:textId="77777777" w:rsidR="000822CC" w:rsidRPr="00F4085D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Publication Date</w:t>
            </w:r>
          </w:p>
        </w:tc>
        <w:sdt>
          <w:sdtPr>
            <w:id w:val="1454060085"/>
            <w:placeholder>
              <w:docPart w:val="909A6BDCD2A84860A81B30E25BEEE8E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73017858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1E2A2709" w14:textId="77777777" w:rsidTr="008D06F5">
        <w:tc>
          <w:tcPr>
            <w:tcW w:w="2723" w:type="dxa"/>
            <w:vAlign w:val="center"/>
          </w:tcPr>
          <w:p w14:paraId="3C544153" w14:textId="77777777" w:rsidR="000822CC" w:rsidRPr="00F4085D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 xml:space="preserve">DOI link </w:t>
            </w:r>
            <w:r>
              <w:rPr>
                <w:b/>
                <w:bCs/>
              </w:rPr>
              <w:t>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</w:t>
            </w:r>
          </w:p>
          <w:p w14:paraId="075ADB88" w14:textId="77777777" w:rsidR="000822CC" w:rsidRDefault="000822CC" w:rsidP="008D06F5"/>
        </w:tc>
        <w:sdt>
          <w:sdtPr>
            <w:id w:val="1823235201"/>
            <w:placeholder>
              <w:docPart w:val="F067309E19B24F55814832404EEAC7C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3A4A3BB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7AC5978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283F89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A5E9B" w14:textId="3FF539B4" w:rsidR="000822CC" w:rsidRDefault="000822CC" w:rsidP="008D06F5"/>
        </w:tc>
      </w:tr>
    </w:tbl>
    <w:p w14:paraId="1BB5AA3B" w14:textId="6D792049" w:rsidR="00CC1592" w:rsidRPr="00CC1592" w:rsidRDefault="00CC1592" w:rsidP="00CC1592"/>
    <w:p w14:paraId="6B8A4DCF" w14:textId="16E31355" w:rsidR="00CC1592" w:rsidRDefault="00CC1592" w:rsidP="00597A18">
      <w:pPr>
        <w:pStyle w:val="Heading2"/>
      </w:pPr>
      <w:r w:rsidRPr="00CC1592">
        <w:t>Presentations and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597A18" w14:paraId="2C78A9BB" w14:textId="77777777" w:rsidTr="008D06F5">
        <w:tc>
          <w:tcPr>
            <w:tcW w:w="2723" w:type="dxa"/>
            <w:vAlign w:val="center"/>
          </w:tcPr>
          <w:p w14:paraId="21E8EA1E" w14:textId="45A3F215" w:rsidR="00597A18" w:rsidRDefault="00597A18" w:rsidP="008D06F5">
            <w:r>
              <w:rPr>
                <w:b/>
                <w:bCs/>
              </w:rPr>
              <w:t>Authors (as appears on poster/talk):</w:t>
            </w:r>
          </w:p>
        </w:tc>
        <w:sdt>
          <w:sdtPr>
            <w:id w:val="-677568879"/>
            <w:placeholder>
              <w:docPart w:val="D5B4B76762754359A4C03A746FAC91A2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F6A4F7F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7C8C3CA5" w14:textId="77777777" w:rsidTr="008D06F5">
        <w:tc>
          <w:tcPr>
            <w:tcW w:w="2723" w:type="dxa"/>
            <w:vAlign w:val="center"/>
          </w:tcPr>
          <w:p w14:paraId="2C1448AC" w14:textId="4DCD18FD" w:rsidR="00597A18" w:rsidRDefault="00597A18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presentation: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305631756"/>
            <w:placeholder>
              <w:docPart w:val="9BEB36B29EB94A7498130424C198C46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134AAE1" w14:textId="77777777" w:rsidR="00597A18" w:rsidRDefault="00597A18" w:rsidP="008D06F5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47FA9F72" w14:textId="77777777" w:rsidTr="008D06F5">
        <w:tc>
          <w:tcPr>
            <w:tcW w:w="2723" w:type="dxa"/>
            <w:vAlign w:val="center"/>
          </w:tcPr>
          <w:p w14:paraId="2AFF8E03" w14:textId="71D89D8D" w:rsidR="00597A18" w:rsidRDefault="00597A18" w:rsidP="008D06F5">
            <w:r w:rsidRPr="00F4085D">
              <w:rPr>
                <w:b/>
                <w:bCs/>
              </w:rPr>
              <w:t>Conference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2005853114"/>
            <w:placeholder>
              <w:docPart w:val="914BDE126E234E62BD86E06E385071BC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8F7DD89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4E98E00E" w14:textId="77777777" w:rsidTr="008D06F5">
        <w:tc>
          <w:tcPr>
            <w:tcW w:w="2723" w:type="dxa"/>
            <w:vAlign w:val="center"/>
          </w:tcPr>
          <w:p w14:paraId="1F40C097" w14:textId="4CB0F6EF" w:rsidR="00597A18" w:rsidRPr="00F4085D" w:rsidRDefault="00597A18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Conference</w:t>
            </w:r>
            <w:r w:rsidRPr="00F4085D">
              <w:rPr>
                <w:b/>
                <w:bCs/>
              </w:rPr>
              <w:t xml:space="preserve"> Date</w:t>
            </w:r>
          </w:p>
        </w:tc>
        <w:sdt>
          <w:sdtPr>
            <w:id w:val="-1079674704"/>
            <w:placeholder>
              <w:docPart w:val="9328960A443142C2B3B21E345BABA2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12291F0D" w14:textId="29712FEE" w:rsidR="00597A18" w:rsidRDefault="00597A18" w:rsidP="008D06F5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A18" w14:paraId="24810214" w14:textId="77777777" w:rsidTr="008D06F5">
        <w:tc>
          <w:tcPr>
            <w:tcW w:w="2723" w:type="dxa"/>
            <w:vAlign w:val="center"/>
          </w:tcPr>
          <w:p w14:paraId="74C3A79C" w14:textId="1D52F287" w:rsidR="00597A18" w:rsidRPr="00F4085D" w:rsidRDefault="00597A18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Web link 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):</w:t>
            </w:r>
          </w:p>
          <w:p w14:paraId="11020BA7" w14:textId="77777777" w:rsidR="00597A18" w:rsidRDefault="00597A18" w:rsidP="008D06F5"/>
        </w:tc>
        <w:sdt>
          <w:sdtPr>
            <w:id w:val="-891187320"/>
            <w:placeholder>
              <w:docPart w:val="776919BD3B3A4FF3AC9F4BD105C4573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685C270" w14:textId="77777777" w:rsidR="00597A18" w:rsidRDefault="00597A18" w:rsidP="008D06F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52228AE8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CDF0A8" w14:textId="77777777" w:rsidR="00597A18" w:rsidRPr="00F4085D" w:rsidRDefault="00597A18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64003" w14:textId="38E2FF52" w:rsidR="00597A18" w:rsidRDefault="00597A18" w:rsidP="008D06F5"/>
        </w:tc>
      </w:tr>
      <w:tr w:rsidR="000822CC" w14:paraId="5B212242" w14:textId="77777777" w:rsidTr="008D06F5">
        <w:tc>
          <w:tcPr>
            <w:tcW w:w="2723" w:type="dxa"/>
            <w:vAlign w:val="center"/>
          </w:tcPr>
          <w:p w14:paraId="775D441F" w14:textId="6D7FBCA3" w:rsidR="000822CC" w:rsidRDefault="000822CC" w:rsidP="008D06F5">
            <w:r>
              <w:rPr>
                <w:b/>
                <w:bCs/>
              </w:rPr>
              <w:t>Authors (as appears on poster/talk):</w:t>
            </w:r>
          </w:p>
        </w:tc>
        <w:sdt>
          <w:sdtPr>
            <w:id w:val="1960990687"/>
            <w:placeholder>
              <w:docPart w:val="9AFC6C6984324778BADD873CDA160A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00B434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64A84D4" w14:textId="77777777" w:rsidTr="008D06F5">
        <w:tc>
          <w:tcPr>
            <w:tcW w:w="2723" w:type="dxa"/>
            <w:vAlign w:val="center"/>
          </w:tcPr>
          <w:p w14:paraId="212C168B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presentation: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1964764317"/>
            <w:placeholder>
              <w:docPart w:val="DB0C15635D2E48B8A0050A223B3CB9E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369A0CC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66F1EBF4" w14:textId="77777777" w:rsidTr="008D06F5">
        <w:tc>
          <w:tcPr>
            <w:tcW w:w="2723" w:type="dxa"/>
            <w:vAlign w:val="center"/>
          </w:tcPr>
          <w:p w14:paraId="23D6A73D" w14:textId="77777777" w:rsidR="000822CC" w:rsidRDefault="000822CC" w:rsidP="008D06F5">
            <w:r w:rsidRPr="00F4085D">
              <w:rPr>
                <w:b/>
                <w:bCs/>
              </w:rPr>
              <w:t>Conference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573575693"/>
            <w:placeholder>
              <w:docPart w:val="06177B2E19B3465EA12224F2D1D6E63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CDA8A20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A897F74" w14:textId="77777777" w:rsidTr="008D06F5">
        <w:tc>
          <w:tcPr>
            <w:tcW w:w="2723" w:type="dxa"/>
            <w:vAlign w:val="center"/>
          </w:tcPr>
          <w:p w14:paraId="69F5D311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Conference</w:t>
            </w:r>
            <w:r w:rsidRPr="00F4085D">
              <w:rPr>
                <w:b/>
                <w:bCs/>
              </w:rPr>
              <w:t xml:space="preserve"> Date</w:t>
            </w:r>
          </w:p>
        </w:tc>
        <w:sdt>
          <w:sdtPr>
            <w:id w:val="2144933659"/>
            <w:placeholder>
              <w:docPart w:val="5E03795117B94F0BA99796ACAD32A0D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16AF34CE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73CEB906" w14:textId="77777777" w:rsidTr="008D06F5">
        <w:tc>
          <w:tcPr>
            <w:tcW w:w="2723" w:type="dxa"/>
            <w:vAlign w:val="center"/>
          </w:tcPr>
          <w:p w14:paraId="67EB5CF4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Web link 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):</w:t>
            </w:r>
          </w:p>
          <w:p w14:paraId="4B59F859" w14:textId="77777777" w:rsidR="000822CC" w:rsidRDefault="000822CC" w:rsidP="008D06F5"/>
        </w:tc>
        <w:sdt>
          <w:sdtPr>
            <w:id w:val="-1603251079"/>
            <w:placeholder>
              <w:docPart w:val="3C696CD9D7EA4D53A38A7122FF0F5D2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59943E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031FA96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9D1FA7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428E8" w14:textId="7C809FCF" w:rsidR="000822CC" w:rsidRDefault="000822CC" w:rsidP="008D06F5"/>
        </w:tc>
      </w:tr>
      <w:tr w:rsidR="000822CC" w14:paraId="6F437F35" w14:textId="77777777" w:rsidTr="008D06F5">
        <w:tc>
          <w:tcPr>
            <w:tcW w:w="2723" w:type="dxa"/>
            <w:vAlign w:val="center"/>
          </w:tcPr>
          <w:p w14:paraId="3193B747" w14:textId="6D1D91FA" w:rsidR="000822CC" w:rsidRDefault="000822CC" w:rsidP="008D06F5">
            <w:r>
              <w:rPr>
                <w:b/>
                <w:bCs/>
              </w:rPr>
              <w:t>Authors (as appears on poster/talk):</w:t>
            </w:r>
          </w:p>
        </w:tc>
        <w:sdt>
          <w:sdtPr>
            <w:id w:val="18279199"/>
            <w:placeholder>
              <w:docPart w:val="E44E6195E08B4431981F541BC861BC8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AEADD9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0A2C4BF" w14:textId="77777777" w:rsidTr="008D06F5">
        <w:tc>
          <w:tcPr>
            <w:tcW w:w="2723" w:type="dxa"/>
            <w:vAlign w:val="center"/>
          </w:tcPr>
          <w:p w14:paraId="0B740B8B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presentation: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1844355700"/>
            <w:placeholder>
              <w:docPart w:val="65A31A02A1764F8E95CDD615093FD5D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DEB8D90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8628B3D" w14:textId="77777777" w:rsidTr="008D06F5">
        <w:tc>
          <w:tcPr>
            <w:tcW w:w="2723" w:type="dxa"/>
            <w:vAlign w:val="center"/>
          </w:tcPr>
          <w:p w14:paraId="0F62C1E9" w14:textId="77777777" w:rsidR="000822CC" w:rsidRDefault="000822CC" w:rsidP="008D06F5">
            <w:r w:rsidRPr="00F4085D">
              <w:rPr>
                <w:b/>
                <w:bCs/>
              </w:rPr>
              <w:t>Conference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501810093"/>
            <w:placeholder>
              <w:docPart w:val="B6972144EC384D448D57FE095053B8C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AB5B80C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8990DE1" w14:textId="77777777" w:rsidTr="008D06F5">
        <w:tc>
          <w:tcPr>
            <w:tcW w:w="2723" w:type="dxa"/>
            <w:vAlign w:val="center"/>
          </w:tcPr>
          <w:p w14:paraId="478465B2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Conference</w:t>
            </w:r>
            <w:r w:rsidRPr="00F4085D">
              <w:rPr>
                <w:b/>
                <w:bCs/>
              </w:rPr>
              <w:t xml:space="preserve"> Date</w:t>
            </w:r>
          </w:p>
        </w:tc>
        <w:sdt>
          <w:sdtPr>
            <w:id w:val="-555466364"/>
            <w:placeholder>
              <w:docPart w:val="6211FD4175B54FB3966659938CB584F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D3E42E5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381DCD36" w14:textId="77777777" w:rsidTr="008D06F5">
        <w:tc>
          <w:tcPr>
            <w:tcW w:w="2723" w:type="dxa"/>
            <w:vAlign w:val="center"/>
          </w:tcPr>
          <w:p w14:paraId="42B63D8A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Web link 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):</w:t>
            </w:r>
          </w:p>
          <w:p w14:paraId="6463B7F0" w14:textId="77777777" w:rsidR="000822CC" w:rsidRDefault="000822CC" w:rsidP="008D06F5"/>
        </w:tc>
        <w:sdt>
          <w:sdtPr>
            <w:id w:val="-1349018428"/>
            <w:placeholder>
              <w:docPart w:val="49E8F7914B3A4132BC8AE05EEA0B440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094661A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301F5D3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565B52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A364E" w14:textId="4D0FAAF0" w:rsidR="000822CC" w:rsidRDefault="000822CC" w:rsidP="008D06F5"/>
        </w:tc>
      </w:tr>
      <w:tr w:rsidR="000822CC" w14:paraId="6EA56F0B" w14:textId="77777777" w:rsidTr="008D06F5">
        <w:tc>
          <w:tcPr>
            <w:tcW w:w="2723" w:type="dxa"/>
            <w:vAlign w:val="center"/>
          </w:tcPr>
          <w:p w14:paraId="53DDDAC0" w14:textId="4F7B2535" w:rsidR="000822CC" w:rsidRDefault="000822CC" w:rsidP="008D06F5">
            <w:r>
              <w:rPr>
                <w:b/>
                <w:bCs/>
              </w:rPr>
              <w:t>Authors (as appears on poster/talk):</w:t>
            </w:r>
          </w:p>
        </w:tc>
        <w:sdt>
          <w:sdtPr>
            <w:id w:val="-225070580"/>
            <w:placeholder>
              <w:docPart w:val="55D43452BA34491BB112C4B5BB96C3A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11DC89A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5B8C3A7" w14:textId="77777777" w:rsidTr="008D06F5">
        <w:tc>
          <w:tcPr>
            <w:tcW w:w="2723" w:type="dxa"/>
            <w:vAlign w:val="center"/>
          </w:tcPr>
          <w:p w14:paraId="5BA1F48D" w14:textId="77777777" w:rsidR="000822CC" w:rsidRDefault="000822CC" w:rsidP="008D06F5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 xml:space="preserve">Title of </w:t>
            </w:r>
            <w:r>
              <w:rPr>
                <w:b/>
                <w:bCs/>
              </w:rPr>
              <w:t xml:space="preserve">presentation: </w:t>
            </w:r>
            <w:r>
              <w:rPr>
                <w:b/>
                <w:bCs/>
              </w:rPr>
              <w:tab/>
            </w:r>
          </w:p>
        </w:tc>
        <w:sdt>
          <w:sdtPr>
            <w:id w:val="-933127443"/>
            <w:placeholder>
              <w:docPart w:val="FBEBF7AB3DA8407CAD10E450F73E917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F2FBED4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0262325" w14:textId="77777777" w:rsidTr="008D06F5">
        <w:tc>
          <w:tcPr>
            <w:tcW w:w="2723" w:type="dxa"/>
            <w:vAlign w:val="center"/>
          </w:tcPr>
          <w:p w14:paraId="6C36A23A" w14:textId="77777777" w:rsidR="000822CC" w:rsidRDefault="000822CC" w:rsidP="008D06F5">
            <w:r w:rsidRPr="00F4085D">
              <w:rPr>
                <w:b/>
                <w:bCs/>
              </w:rPr>
              <w:t>Conference Name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23233753"/>
            <w:placeholder>
              <w:docPart w:val="787E671E6CA242A6A7CC88152802E8B8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6FA6CA1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C49B756" w14:textId="77777777" w:rsidTr="008D06F5">
        <w:tc>
          <w:tcPr>
            <w:tcW w:w="2723" w:type="dxa"/>
            <w:vAlign w:val="center"/>
          </w:tcPr>
          <w:p w14:paraId="621F274B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Conference</w:t>
            </w:r>
            <w:r w:rsidRPr="00F4085D">
              <w:rPr>
                <w:b/>
                <w:bCs/>
              </w:rPr>
              <w:t xml:space="preserve"> Date</w:t>
            </w:r>
          </w:p>
        </w:tc>
        <w:sdt>
          <w:sdtPr>
            <w:id w:val="1742130305"/>
            <w:placeholder>
              <w:docPart w:val="4431D815EFCB432BBED53E12D684BD7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03354D1" w14:textId="77777777" w:rsidR="000822CC" w:rsidRDefault="000822CC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0822CC" w14:paraId="4629A20F" w14:textId="77777777" w:rsidTr="008D06F5">
        <w:tc>
          <w:tcPr>
            <w:tcW w:w="2723" w:type="dxa"/>
            <w:vAlign w:val="center"/>
          </w:tcPr>
          <w:p w14:paraId="230B16D1" w14:textId="77777777" w:rsidR="000822CC" w:rsidRPr="00F4085D" w:rsidRDefault="000822CC" w:rsidP="008D06F5">
            <w:pPr>
              <w:rPr>
                <w:b/>
                <w:bCs/>
              </w:rPr>
            </w:pPr>
            <w:r>
              <w:rPr>
                <w:b/>
                <w:bCs/>
              </w:rPr>
              <w:t>Web link (</w:t>
            </w:r>
            <w:r w:rsidRPr="00F4085D">
              <w:rPr>
                <w:b/>
                <w:bCs/>
              </w:rPr>
              <w:t>where applicable</w:t>
            </w:r>
            <w:r>
              <w:rPr>
                <w:b/>
                <w:bCs/>
              </w:rPr>
              <w:t>):</w:t>
            </w:r>
          </w:p>
          <w:p w14:paraId="7B7708B8" w14:textId="77777777" w:rsidR="000822CC" w:rsidRDefault="000822CC" w:rsidP="008D06F5"/>
        </w:tc>
        <w:sdt>
          <w:sdtPr>
            <w:id w:val="-665714880"/>
            <w:placeholder>
              <w:docPart w:val="F5B367AC8A6F4CE29549B22B4708224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0966EE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FB49DEC" w14:textId="77777777" w:rsidTr="008D06F5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3AE2E1" w14:textId="77777777" w:rsidR="000822CC" w:rsidRPr="00F4085D" w:rsidRDefault="000822CC" w:rsidP="008D06F5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EABE0" w14:textId="5310C6B5" w:rsidR="000822CC" w:rsidRDefault="000822CC" w:rsidP="008D06F5"/>
        </w:tc>
      </w:tr>
    </w:tbl>
    <w:p w14:paraId="01499F46" w14:textId="138F4030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2E4AF891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06A002E5" w:rsidR="00E9708F" w:rsidRPr="00F4085D" w:rsidRDefault="00597A18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="00E9708F"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49D4F6D3" w:rsidR="00E9708F" w:rsidRDefault="00E9708F"/>
        </w:tc>
      </w:tr>
      <w:tr w:rsidR="006D2D13" w14:paraId="3A5CB14E" w14:textId="77777777" w:rsidTr="00A0792E">
        <w:tc>
          <w:tcPr>
            <w:tcW w:w="2689" w:type="dxa"/>
          </w:tcPr>
          <w:p w14:paraId="61EF1C9F" w14:textId="2455E7C0" w:rsidR="006D2D13" w:rsidRDefault="006D2D13">
            <w:r w:rsidRPr="00F4085D">
              <w:rPr>
                <w:b/>
                <w:bCs/>
              </w:rPr>
              <w:t>Role</w:t>
            </w:r>
          </w:p>
        </w:tc>
        <w:sdt>
          <w:sdtPr>
            <w:id w:val="159593561"/>
            <w:placeholder>
              <w:docPart w:val="8BCFB9C1AC9D4839ABCED80D73E5E14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D29DEFF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3887DFE" w14:textId="77777777" w:rsidTr="00A0792E">
        <w:tc>
          <w:tcPr>
            <w:tcW w:w="2689" w:type="dxa"/>
          </w:tcPr>
          <w:p w14:paraId="110AE0EB" w14:textId="77777777" w:rsidR="006D2D13" w:rsidRDefault="006D2D13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2032400947"/>
            <w:placeholder>
              <w:docPart w:val="CCA77B9B51824BC0B08E6A136990FE8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9635A34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0BEE2F81" w14:textId="77777777" w:rsidTr="00A0792E">
        <w:tc>
          <w:tcPr>
            <w:tcW w:w="2689" w:type="dxa"/>
          </w:tcPr>
          <w:p w14:paraId="465651D7" w14:textId="77777777" w:rsidR="006D2D13" w:rsidRDefault="006D2D13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979843748"/>
            <w:placeholder>
              <w:docPart w:val="9A55299D04524608BA2E32D58C412F8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88E7367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4B78F374" w14:textId="77777777" w:rsidTr="00A0792E">
        <w:tc>
          <w:tcPr>
            <w:tcW w:w="2689" w:type="dxa"/>
          </w:tcPr>
          <w:p w14:paraId="4BA12FB8" w14:textId="77777777" w:rsidR="006D2D13" w:rsidRPr="00F4085D" w:rsidRDefault="006D2D13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Pr="00F4085D">
              <w:rPr>
                <w:b/>
                <w:bCs/>
              </w:rPr>
              <w:t>Audience</w:t>
            </w:r>
          </w:p>
          <w:p w14:paraId="01B0871B" w14:textId="77777777" w:rsidR="006D2D13" w:rsidRDefault="006D2D13"/>
        </w:tc>
        <w:sdt>
          <w:sdtPr>
            <w:id w:val="-1071881870"/>
            <w:placeholder>
              <w:docPart w:val="3A8EE46B17194A198967536CF7F6B03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C3BC171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6FBBF43A" w14:textId="77777777" w:rsidTr="00A0792E">
        <w:tc>
          <w:tcPr>
            <w:tcW w:w="2689" w:type="dxa"/>
          </w:tcPr>
          <w:p w14:paraId="7A208D2B" w14:textId="77777777" w:rsidR="006D2D13" w:rsidRDefault="006D2D13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632249109"/>
            <w:placeholder>
              <w:docPart w:val="10294CA3D5B540E08F82698A028B2D3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DD49744" w14:textId="77777777" w:rsidR="006D2D13" w:rsidRDefault="006D2D13" w:rsidP="00F10F9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307178BB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53DD3" w14:textId="0FD97478" w:rsidR="006D2D13" w:rsidRDefault="006D2D13"/>
        </w:tc>
      </w:tr>
      <w:tr w:rsidR="000822CC" w14:paraId="3746C05A" w14:textId="77777777" w:rsidTr="00A0792E">
        <w:tc>
          <w:tcPr>
            <w:tcW w:w="2689" w:type="dxa"/>
          </w:tcPr>
          <w:p w14:paraId="0D7CAE99" w14:textId="65186080" w:rsidR="000822CC" w:rsidRDefault="000822CC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72863955"/>
            <w:placeholder>
              <w:docPart w:val="EECDD2D7FA444FBBAA00E2A0357A7C1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342DDE1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E6BF1D1" w14:textId="77777777" w:rsidTr="00A0792E">
        <w:tc>
          <w:tcPr>
            <w:tcW w:w="2689" w:type="dxa"/>
          </w:tcPr>
          <w:p w14:paraId="304E1EB5" w14:textId="77777777" w:rsidR="000822CC" w:rsidRDefault="000822CC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627844345"/>
            <w:placeholder>
              <w:docPart w:val="E8C9A3804C604E4E8D8727B7E70C320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FFCC05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EBE30FF" w14:textId="77777777" w:rsidTr="00A0792E">
        <w:tc>
          <w:tcPr>
            <w:tcW w:w="2689" w:type="dxa"/>
          </w:tcPr>
          <w:p w14:paraId="6E28D6CF" w14:textId="77777777" w:rsidR="000822CC" w:rsidRDefault="000822CC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926406764"/>
            <w:placeholder>
              <w:docPart w:val="0408158E497E4FC2933B9F8CC25D2BF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FC5B504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3E50891" w14:textId="77777777" w:rsidTr="00A0792E">
        <w:tc>
          <w:tcPr>
            <w:tcW w:w="2689" w:type="dxa"/>
          </w:tcPr>
          <w:p w14:paraId="716A789B" w14:textId="77777777" w:rsidR="000822CC" w:rsidRPr="00F4085D" w:rsidRDefault="000822CC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Pr="00F4085D">
              <w:rPr>
                <w:b/>
                <w:bCs/>
              </w:rPr>
              <w:t>Audience</w:t>
            </w:r>
          </w:p>
          <w:p w14:paraId="1CA1C793" w14:textId="77777777" w:rsidR="000822CC" w:rsidRDefault="000822CC"/>
        </w:tc>
        <w:sdt>
          <w:sdtPr>
            <w:id w:val="1419292506"/>
            <w:placeholder>
              <w:docPart w:val="8F049B37CFC64B08BC7D484982C7CA6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572103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A1CBB4F" w14:textId="77777777" w:rsidTr="00A0792E">
        <w:tc>
          <w:tcPr>
            <w:tcW w:w="2689" w:type="dxa"/>
          </w:tcPr>
          <w:p w14:paraId="04865C73" w14:textId="77777777" w:rsidR="000822CC" w:rsidRDefault="000822CC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674457644"/>
            <w:placeholder>
              <w:docPart w:val="C42A77961A374E44A111E751E0343D6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1955CFA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BD1008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AB365" w14:textId="26B767DD" w:rsidR="000822CC" w:rsidRDefault="000822CC"/>
        </w:tc>
      </w:tr>
      <w:tr w:rsidR="000822CC" w14:paraId="3FF1343E" w14:textId="77777777" w:rsidTr="00A0792E">
        <w:tc>
          <w:tcPr>
            <w:tcW w:w="2689" w:type="dxa"/>
          </w:tcPr>
          <w:p w14:paraId="110C72A9" w14:textId="351BA6B9" w:rsidR="000822CC" w:rsidRDefault="000822CC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21525544"/>
            <w:placeholder>
              <w:docPart w:val="C1EFD080CBC4484B89DC00054AC8EBA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5977F09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7802E80" w14:textId="77777777" w:rsidTr="00A0792E">
        <w:tc>
          <w:tcPr>
            <w:tcW w:w="2689" w:type="dxa"/>
          </w:tcPr>
          <w:p w14:paraId="236DFC4D" w14:textId="77777777" w:rsidR="000822CC" w:rsidRDefault="000822CC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045822819"/>
            <w:placeholder>
              <w:docPart w:val="02EC99F350054D298C24D0C2A5F70675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D74DE47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C43EB2A" w14:textId="77777777" w:rsidTr="00A0792E">
        <w:tc>
          <w:tcPr>
            <w:tcW w:w="2689" w:type="dxa"/>
          </w:tcPr>
          <w:p w14:paraId="2B849CC6" w14:textId="77777777" w:rsidR="000822CC" w:rsidRDefault="000822CC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2121949232"/>
            <w:placeholder>
              <w:docPart w:val="E75520007DE7402B83778B7917BAF37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97F1B38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953098C" w14:textId="77777777" w:rsidTr="00A0792E">
        <w:tc>
          <w:tcPr>
            <w:tcW w:w="2689" w:type="dxa"/>
          </w:tcPr>
          <w:p w14:paraId="14A19077" w14:textId="77777777" w:rsidR="000822CC" w:rsidRPr="00F4085D" w:rsidRDefault="000822CC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Pr="00F4085D">
              <w:rPr>
                <w:b/>
                <w:bCs/>
              </w:rPr>
              <w:t>Audience</w:t>
            </w:r>
          </w:p>
          <w:p w14:paraId="152FCF6B" w14:textId="77777777" w:rsidR="000822CC" w:rsidRDefault="000822CC"/>
        </w:tc>
        <w:sdt>
          <w:sdtPr>
            <w:id w:val="2056966524"/>
            <w:placeholder>
              <w:docPart w:val="13751614FA1B4F17BF063759594FB3A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634F97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C4A182C" w14:textId="77777777" w:rsidTr="00A0792E">
        <w:tc>
          <w:tcPr>
            <w:tcW w:w="2689" w:type="dxa"/>
          </w:tcPr>
          <w:p w14:paraId="21A205FF" w14:textId="77777777" w:rsidR="000822CC" w:rsidRDefault="000822CC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329831398"/>
            <w:placeholder>
              <w:docPart w:val="A97436BD6D72420DB9B2D9CA78B04E9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FCCBBB6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6A50CC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E2EC5" w14:textId="46B8A841" w:rsidR="000822CC" w:rsidRDefault="000822CC"/>
        </w:tc>
      </w:tr>
      <w:tr w:rsidR="000822CC" w14:paraId="05E79A58" w14:textId="77777777" w:rsidTr="00A0792E">
        <w:tc>
          <w:tcPr>
            <w:tcW w:w="2689" w:type="dxa"/>
          </w:tcPr>
          <w:p w14:paraId="6B48478A" w14:textId="2C0FBA5B" w:rsidR="000822CC" w:rsidRDefault="000822CC">
            <w:r w:rsidRPr="00F4085D">
              <w:rPr>
                <w:b/>
                <w:bCs/>
              </w:rPr>
              <w:t>Role</w:t>
            </w:r>
          </w:p>
        </w:tc>
        <w:sdt>
          <w:sdtPr>
            <w:id w:val="1510406197"/>
            <w:placeholder>
              <w:docPart w:val="F7C7C42B41D543269DB181611C77813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EED6FD2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7FB200C" w14:textId="77777777" w:rsidTr="00A0792E">
        <w:tc>
          <w:tcPr>
            <w:tcW w:w="2689" w:type="dxa"/>
          </w:tcPr>
          <w:p w14:paraId="2118C749" w14:textId="77777777" w:rsidR="000822CC" w:rsidRDefault="000822CC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924910735"/>
            <w:placeholder>
              <w:docPart w:val="5C1CD5440252499BA86C8A6F63CB917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EA20087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015E23A" w14:textId="77777777" w:rsidTr="00A0792E">
        <w:tc>
          <w:tcPr>
            <w:tcW w:w="2689" w:type="dxa"/>
          </w:tcPr>
          <w:p w14:paraId="38094081" w14:textId="77777777" w:rsidR="000822CC" w:rsidRDefault="000822CC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209487958"/>
            <w:placeholder>
              <w:docPart w:val="7855D7F9BA7C4368B8BD51D73EBCECE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5FC6E07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01D275C" w14:textId="77777777" w:rsidTr="00A0792E">
        <w:tc>
          <w:tcPr>
            <w:tcW w:w="2689" w:type="dxa"/>
          </w:tcPr>
          <w:p w14:paraId="7294A32F" w14:textId="77777777" w:rsidR="000822CC" w:rsidRPr="00F4085D" w:rsidRDefault="000822CC" w:rsidP="00E9708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Intended </w:t>
            </w:r>
            <w:r w:rsidRPr="00F4085D">
              <w:rPr>
                <w:b/>
                <w:bCs/>
              </w:rPr>
              <w:t>Audience</w:t>
            </w:r>
          </w:p>
          <w:p w14:paraId="4B45334A" w14:textId="77777777" w:rsidR="000822CC" w:rsidRDefault="000822CC"/>
        </w:tc>
        <w:sdt>
          <w:sdtPr>
            <w:id w:val="-1157299022"/>
            <w:placeholder>
              <w:docPart w:val="524A737A19A34609A74D36CF92A611B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CD8968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32506D0" w14:textId="77777777" w:rsidTr="00A0792E">
        <w:tc>
          <w:tcPr>
            <w:tcW w:w="2689" w:type="dxa"/>
          </w:tcPr>
          <w:p w14:paraId="397BC053" w14:textId="77777777" w:rsidR="000822CC" w:rsidRDefault="000822CC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803340202"/>
            <w:placeholder>
              <w:docPart w:val="28C5157422384474ACA5F89609A500F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B8E0A11" w14:textId="77777777" w:rsidR="000822CC" w:rsidRDefault="000822CC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F682DE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835531" w14:textId="0099FB51" w:rsidR="000822CC" w:rsidRDefault="000822CC"/>
        </w:tc>
      </w:tr>
    </w:tbl>
    <w:p w14:paraId="7A882F9A" w14:textId="77777777" w:rsidR="00E9708F" w:rsidRDefault="00E9708F"/>
    <w:p w14:paraId="4A4069C1" w14:textId="77777777" w:rsidR="000822CC" w:rsidRDefault="000822CC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27718D24" w:rsidR="0075109E" w:rsidRDefault="00F211F0" w:rsidP="00597A18">
      <w:pPr>
        <w:pStyle w:val="Heading1"/>
        <w:tabs>
          <w:tab w:val="center" w:pos="4680"/>
        </w:tabs>
      </w:pPr>
      <w:r>
        <w:lastRenderedPageBreak/>
        <w:t>Leadership</w:t>
      </w:r>
      <w:r w:rsidR="0075109E">
        <w:t xml:space="preserve"> </w:t>
      </w:r>
      <w:r w:rsidR="00846BF0">
        <w:t xml:space="preserve">&amp; Management </w:t>
      </w:r>
      <w:r w:rsidR="00597A18"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0"/>
        <w:gridCol w:w="7370"/>
      </w:tblGrid>
      <w:tr w:rsidR="00597A18" w14:paraId="471376C0" w14:textId="77777777" w:rsidTr="00597A18">
        <w:tc>
          <w:tcPr>
            <w:tcW w:w="1059" w:type="pct"/>
            <w:vAlign w:val="center"/>
          </w:tcPr>
          <w:p w14:paraId="3770ADA2" w14:textId="0C38E8A2" w:rsidR="00597A18" w:rsidRPr="00597A18" w:rsidRDefault="00597A18" w:rsidP="00597A18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10817786"/>
            <w:placeholder>
              <w:docPart w:val="3400A6D8081F4C7B8F02074AFCDCCF28"/>
            </w:placeholder>
            <w:showingPlcHdr/>
          </w:sdtPr>
          <w:sdtEndPr/>
          <w:sdtContent>
            <w:tc>
              <w:tcPr>
                <w:tcW w:w="3941" w:type="pct"/>
                <w:vAlign w:val="center"/>
              </w:tcPr>
              <w:p w14:paraId="78C1F0D9" w14:textId="2B38C1F6" w:rsidR="00597A18" w:rsidRPr="00597A18" w:rsidRDefault="00597A18" w:rsidP="00597A18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1B08A84F" w14:textId="77777777" w:rsidTr="00597A18">
        <w:tc>
          <w:tcPr>
            <w:tcW w:w="1059" w:type="pct"/>
            <w:vAlign w:val="center"/>
          </w:tcPr>
          <w:p w14:paraId="50BF6C21" w14:textId="6470BA0D" w:rsidR="00597A18" w:rsidRDefault="00597A18" w:rsidP="00597A18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870685162"/>
            <w:placeholder>
              <w:docPart w:val="4A64BF46CFB54E30B2400DA28D9D0C97"/>
            </w:placeholder>
            <w:showingPlcHdr/>
          </w:sdtPr>
          <w:sdtEndPr/>
          <w:sdtContent>
            <w:tc>
              <w:tcPr>
                <w:tcW w:w="3941" w:type="pct"/>
              </w:tcPr>
              <w:p w14:paraId="5AA419A9" w14:textId="6D021892" w:rsidR="00597A18" w:rsidRDefault="00597A18" w:rsidP="00597A18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A18" w14:paraId="3AA2B0B6" w14:textId="77777777" w:rsidTr="006D2D13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362D9300" w14:textId="158E8189" w:rsidR="00597A18" w:rsidRDefault="00597A18" w:rsidP="00597A18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1345161613"/>
            <w:placeholder>
              <w:docPart w:val="E36434D49B2F4D9EAA987990248B418E"/>
            </w:placeholder>
            <w:showingPlcHdr/>
          </w:sdtPr>
          <w:sdtEndPr/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0D6D389A" w14:textId="3DE54724" w:rsidR="00597A18" w:rsidRDefault="00597A18" w:rsidP="00597A18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CCDA719" w14:textId="77777777" w:rsidTr="006D2D13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05ED95A2" w14:textId="77777777" w:rsidR="006D2D13" w:rsidRPr="00597A18" w:rsidRDefault="006D2D13" w:rsidP="00597A18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0692121D" w14:textId="760607F3" w:rsidR="006D2D13" w:rsidRDefault="006D2D13" w:rsidP="00597A18"/>
        </w:tc>
      </w:tr>
      <w:tr w:rsidR="006D2D13" w14:paraId="3D7AE2CA" w14:textId="77777777" w:rsidTr="00597A18">
        <w:tc>
          <w:tcPr>
            <w:tcW w:w="1059" w:type="pct"/>
            <w:vAlign w:val="center"/>
          </w:tcPr>
          <w:p w14:paraId="06EBA460" w14:textId="41AFC72D" w:rsidR="006D2D13" w:rsidRPr="00597A18" w:rsidRDefault="006D2D13" w:rsidP="00597A18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2136828563"/>
            <w:placeholder>
              <w:docPart w:val="2CFBF4A0DBEE4ACD9D850457BB24FA0F"/>
            </w:placeholder>
            <w:showingPlcHdr/>
          </w:sdtPr>
          <w:sdtEndPr/>
          <w:sdtContent>
            <w:tc>
              <w:tcPr>
                <w:tcW w:w="3941" w:type="pct"/>
                <w:vAlign w:val="center"/>
              </w:tcPr>
              <w:p w14:paraId="190DB239" w14:textId="77777777" w:rsidR="006D2D13" w:rsidRPr="00597A18" w:rsidRDefault="006D2D13" w:rsidP="00F10F93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343EEDEC" w14:textId="77777777" w:rsidTr="00597A18">
        <w:tc>
          <w:tcPr>
            <w:tcW w:w="1059" w:type="pct"/>
            <w:vAlign w:val="center"/>
          </w:tcPr>
          <w:p w14:paraId="2E5B2E0F" w14:textId="77777777" w:rsidR="006D2D13" w:rsidRDefault="006D2D13" w:rsidP="00597A18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251744126"/>
            <w:placeholder>
              <w:docPart w:val="8991FE338EE244DC81FCB3133A8C7EA3"/>
            </w:placeholder>
            <w:showingPlcHdr/>
          </w:sdtPr>
          <w:sdtEndPr/>
          <w:sdtContent>
            <w:tc>
              <w:tcPr>
                <w:tcW w:w="3941" w:type="pct"/>
              </w:tcPr>
              <w:p w14:paraId="7B02C4A5" w14:textId="77777777" w:rsidR="006D2D13" w:rsidRDefault="006D2D13" w:rsidP="00F10F93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000ED9DE" w14:textId="77777777" w:rsidTr="006D2D13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6D3A3380" w14:textId="77777777" w:rsidR="006D2D13" w:rsidRDefault="006D2D13" w:rsidP="00597A18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1121444019"/>
            <w:placeholder>
              <w:docPart w:val="170B7AE5C4BC4E6A8219612CAB1B9C03"/>
            </w:placeholder>
            <w:showingPlcHdr/>
          </w:sdtPr>
          <w:sdtEndPr/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6CD69B40" w14:textId="77777777" w:rsidR="006D2D13" w:rsidRDefault="006D2D13" w:rsidP="00F10F93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2D13" w14:paraId="20503155" w14:textId="77777777" w:rsidTr="006D2D13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54C8D79D" w14:textId="77777777" w:rsidR="006D2D13" w:rsidRPr="00597A18" w:rsidRDefault="006D2D13" w:rsidP="00597A18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38048432" w14:textId="6A510814" w:rsidR="006D2D13" w:rsidRDefault="006D2D13" w:rsidP="00597A18"/>
        </w:tc>
      </w:tr>
      <w:tr w:rsidR="000822CC" w14:paraId="38EA5A4A" w14:textId="77777777" w:rsidTr="00597A18">
        <w:tc>
          <w:tcPr>
            <w:tcW w:w="1059" w:type="pct"/>
            <w:vAlign w:val="center"/>
          </w:tcPr>
          <w:p w14:paraId="088B9690" w14:textId="1E9729E5" w:rsidR="000822CC" w:rsidRPr="00597A18" w:rsidRDefault="000822CC" w:rsidP="00597A18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488363223"/>
            <w:placeholder>
              <w:docPart w:val="3825B691617C4F1DA7F564436834FDD6"/>
            </w:placeholder>
            <w:showingPlcHdr/>
          </w:sdtPr>
          <w:sdtEndPr/>
          <w:sdtContent>
            <w:tc>
              <w:tcPr>
                <w:tcW w:w="3941" w:type="pct"/>
                <w:vAlign w:val="center"/>
              </w:tcPr>
              <w:p w14:paraId="6E1BBB39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784D97A" w14:textId="77777777" w:rsidTr="00597A18">
        <w:tc>
          <w:tcPr>
            <w:tcW w:w="1059" w:type="pct"/>
            <w:vAlign w:val="center"/>
          </w:tcPr>
          <w:p w14:paraId="1196A7F8" w14:textId="77777777" w:rsidR="000822CC" w:rsidRDefault="000822CC" w:rsidP="00597A18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1743094921"/>
            <w:placeholder>
              <w:docPart w:val="89CDAD6C1BE2460FB35579CB651C87B3"/>
            </w:placeholder>
            <w:showingPlcHdr/>
          </w:sdtPr>
          <w:sdtEndPr/>
          <w:sdtContent>
            <w:tc>
              <w:tcPr>
                <w:tcW w:w="3941" w:type="pct"/>
              </w:tcPr>
              <w:p w14:paraId="5BB69BD3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404C1BA" w14:textId="77777777" w:rsidTr="006D2D13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0E97DF69" w14:textId="77777777" w:rsidR="000822CC" w:rsidRDefault="000822CC" w:rsidP="00597A18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654530722"/>
            <w:placeholder>
              <w:docPart w:val="375D2079B13047BCBB15E06696C54F8C"/>
            </w:placeholder>
            <w:showingPlcHdr/>
          </w:sdtPr>
          <w:sdtEndPr/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73627A8F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9CB089F" w14:textId="77777777" w:rsidTr="006D2D13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6588C71F" w14:textId="77777777" w:rsidR="000822CC" w:rsidRPr="00597A18" w:rsidRDefault="000822CC" w:rsidP="00597A18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4B4BE633" w14:textId="0F3FD33B" w:rsidR="000822CC" w:rsidRDefault="000822CC" w:rsidP="00597A18"/>
        </w:tc>
      </w:tr>
      <w:tr w:rsidR="000822CC" w14:paraId="2FE08EDE" w14:textId="77777777" w:rsidTr="00597A18">
        <w:tc>
          <w:tcPr>
            <w:tcW w:w="1059" w:type="pct"/>
            <w:vAlign w:val="center"/>
          </w:tcPr>
          <w:p w14:paraId="6E7A0B66" w14:textId="5704DD9C" w:rsidR="000822CC" w:rsidRPr="00597A18" w:rsidRDefault="000822CC" w:rsidP="00597A18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-1146200363"/>
            <w:placeholder>
              <w:docPart w:val="90DE5E35C57248F0A0AE80E9F76CBF7F"/>
            </w:placeholder>
            <w:showingPlcHdr/>
          </w:sdtPr>
          <w:sdtEndPr/>
          <w:sdtContent>
            <w:tc>
              <w:tcPr>
                <w:tcW w:w="3941" w:type="pct"/>
                <w:vAlign w:val="center"/>
              </w:tcPr>
              <w:p w14:paraId="5B142BC8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AC27A91" w14:textId="77777777" w:rsidTr="00597A18">
        <w:tc>
          <w:tcPr>
            <w:tcW w:w="1059" w:type="pct"/>
            <w:vAlign w:val="center"/>
          </w:tcPr>
          <w:p w14:paraId="54D5B41D" w14:textId="77777777" w:rsidR="000822CC" w:rsidRDefault="000822CC" w:rsidP="00597A18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2068678210"/>
            <w:placeholder>
              <w:docPart w:val="573549376FD0485F8C7E6D4ED9A62683"/>
            </w:placeholder>
            <w:showingPlcHdr/>
          </w:sdtPr>
          <w:sdtEndPr/>
          <w:sdtContent>
            <w:tc>
              <w:tcPr>
                <w:tcW w:w="3941" w:type="pct"/>
              </w:tcPr>
              <w:p w14:paraId="256B91BB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57B68A32" w14:textId="77777777" w:rsidTr="006D2D13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01E4D908" w14:textId="77777777" w:rsidR="000822CC" w:rsidRDefault="000822CC" w:rsidP="00597A18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211813230"/>
            <w:placeholder>
              <w:docPart w:val="880908EC9CDB466795FAEE640A67D36E"/>
            </w:placeholder>
            <w:showingPlcHdr/>
          </w:sdtPr>
          <w:sdtEndPr/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4366BEE7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FD03E7B" w14:textId="77777777" w:rsidTr="006D2D13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10E08EB0" w14:textId="77777777" w:rsidR="000822CC" w:rsidRPr="00597A18" w:rsidRDefault="000822CC" w:rsidP="00597A18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11CEA658" w14:textId="79A00DA8" w:rsidR="000822CC" w:rsidRDefault="000822CC" w:rsidP="00597A18"/>
        </w:tc>
      </w:tr>
    </w:tbl>
    <w:p w14:paraId="4F976AFB" w14:textId="77777777" w:rsidR="00597A18" w:rsidRPr="00597A18" w:rsidRDefault="00597A18" w:rsidP="00597A18"/>
    <w:p w14:paraId="168272CD" w14:textId="06040B80" w:rsidR="00846BF0" w:rsidRDefault="00846BF0" w:rsidP="00846BF0">
      <w:pPr>
        <w:pStyle w:val="Heading1"/>
      </w:pPr>
      <w:r w:rsidRPr="00846BF0">
        <w:t>Clinical Governance &amp; Patient Safety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0"/>
        <w:gridCol w:w="7370"/>
      </w:tblGrid>
      <w:tr w:rsidR="006D01CC" w14:paraId="608ED47E" w14:textId="77777777" w:rsidTr="00C467C9">
        <w:tc>
          <w:tcPr>
            <w:tcW w:w="1059" w:type="pct"/>
            <w:vAlign w:val="center"/>
          </w:tcPr>
          <w:p w14:paraId="6FAC3012" w14:textId="704C9D74" w:rsidR="006D01CC" w:rsidRPr="00597A18" w:rsidRDefault="006D01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1977253792"/>
            <w:placeholder>
              <w:docPart w:val="D2C6C4AEBF7B41AFB193F7D7AC8B5E39"/>
            </w:placeholder>
            <w:showingPlcHdr/>
          </w:sdtPr>
          <w:sdtEndPr/>
          <w:sdtContent>
            <w:tc>
              <w:tcPr>
                <w:tcW w:w="3941" w:type="pct"/>
                <w:vAlign w:val="center"/>
              </w:tcPr>
              <w:p w14:paraId="3BBD19AD" w14:textId="77777777" w:rsidR="006D01CC" w:rsidRPr="00597A18" w:rsidRDefault="006D01CC" w:rsidP="00C467C9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6A0AF292" w14:textId="77777777" w:rsidTr="00C467C9">
        <w:tc>
          <w:tcPr>
            <w:tcW w:w="1059" w:type="pct"/>
            <w:vAlign w:val="center"/>
          </w:tcPr>
          <w:p w14:paraId="627ACD06" w14:textId="77777777" w:rsidR="006D01CC" w:rsidRDefault="006D01CC" w:rsidP="00C467C9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1962533269"/>
            <w:placeholder>
              <w:docPart w:val="A26B12B4C8CB41F0BF158B32F26B7039"/>
            </w:placeholder>
            <w:showingPlcHdr/>
          </w:sdtPr>
          <w:sdtEndPr/>
          <w:sdtContent>
            <w:tc>
              <w:tcPr>
                <w:tcW w:w="3941" w:type="pct"/>
              </w:tcPr>
              <w:p w14:paraId="1C18448F" w14:textId="77777777" w:rsidR="006D01CC" w:rsidRDefault="006D01CC" w:rsidP="00C467C9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66ED6D9A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4108B5F6" w14:textId="77777777" w:rsidR="006D01CC" w:rsidRDefault="006D01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2053143786"/>
            <w:placeholder>
              <w:docPart w:val="2064C370B4AF476EB8735BCFD3AC2A27"/>
            </w:placeholder>
            <w:showingPlcHdr/>
          </w:sdtPr>
          <w:sdtEndPr/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06397FED" w14:textId="77777777" w:rsidR="006D01CC" w:rsidRDefault="006D01CC" w:rsidP="00C467C9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18736BFA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3D92AA3A" w14:textId="77777777" w:rsidR="006D01CC" w:rsidRPr="00597A18" w:rsidRDefault="006D01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3E994185" w14:textId="6B2C25F6" w:rsidR="006D01CC" w:rsidRDefault="006D01CC" w:rsidP="00C467C9"/>
        </w:tc>
      </w:tr>
      <w:tr w:rsidR="006D01CC" w14:paraId="638DF7D5" w14:textId="77777777" w:rsidTr="00C467C9">
        <w:tc>
          <w:tcPr>
            <w:tcW w:w="1059" w:type="pct"/>
            <w:vAlign w:val="center"/>
          </w:tcPr>
          <w:p w14:paraId="1F021570" w14:textId="155C340C" w:rsidR="006D01CC" w:rsidRPr="00597A18" w:rsidRDefault="006D01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-1220516702"/>
            <w:placeholder>
              <w:docPart w:val="966021EA42E64535BB1819C78688F571"/>
            </w:placeholder>
            <w:showingPlcHdr/>
          </w:sdtPr>
          <w:sdtEndPr/>
          <w:sdtContent>
            <w:tc>
              <w:tcPr>
                <w:tcW w:w="3941" w:type="pct"/>
                <w:vAlign w:val="center"/>
              </w:tcPr>
              <w:p w14:paraId="2DFD2555" w14:textId="77777777" w:rsidR="006D01CC" w:rsidRPr="00597A18" w:rsidRDefault="006D01CC" w:rsidP="00C467C9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7F70B734" w14:textId="77777777" w:rsidTr="00C467C9">
        <w:tc>
          <w:tcPr>
            <w:tcW w:w="1059" w:type="pct"/>
            <w:vAlign w:val="center"/>
          </w:tcPr>
          <w:p w14:paraId="58698AEE" w14:textId="77777777" w:rsidR="006D01CC" w:rsidRDefault="006D01CC" w:rsidP="00C467C9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26328125"/>
            <w:placeholder>
              <w:docPart w:val="175EB44F493F4126B09ED545717FC05E"/>
            </w:placeholder>
            <w:showingPlcHdr/>
          </w:sdtPr>
          <w:sdtEndPr/>
          <w:sdtContent>
            <w:tc>
              <w:tcPr>
                <w:tcW w:w="3941" w:type="pct"/>
              </w:tcPr>
              <w:p w14:paraId="6403C385" w14:textId="77777777" w:rsidR="006D01CC" w:rsidRDefault="006D01CC" w:rsidP="00C467C9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00630858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223149B1" w14:textId="77777777" w:rsidR="006D01CC" w:rsidRDefault="006D01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309705369"/>
            <w:placeholder>
              <w:docPart w:val="1BBFE4E7AE0943D8BE78CE204FE6458E"/>
            </w:placeholder>
            <w:showingPlcHdr/>
          </w:sdtPr>
          <w:sdtEndPr/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57E4D242" w14:textId="77777777" w:rsidR="006D01CC" w:rsidRDefault="006D01CC" w:rsidP="00C467C9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D01CC" w14:paraId="0A90EA7E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7243CDB1" w14:textId="77777777" w:rsidR="006D01CC" w:rsidRPr="00597A18" w:rsidRDefault="006D01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2E36E236" w14:textId="191D5540" w:rsidR="006D01CC" w:rsidRDefault="006D01CC" w:rsidP="00C467C9"/>
        </w:tc>
      </w:tr>
      <w:tr w:rsidR="000822CC" w14:paraId="039C63C4" w14:textId="77777777" w:rsidTr="00C467C9">
        <w:tc>
          <w:tcPr>
            <w:tcW w:w="1059" w:type="pct"/>
            <w:vAlign w:val="center"/>
          </w:tcPr>
          <w:p w14:paraId="31631947" w14:textId="4307C79E" w:rsidR="000822CC" w:rsidRPr="00597A18" w:rsidRDefault="000822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-66187166"/>
            <w:placeholder>
              <w:docPart w:val="0A03124128F04B3B93884F0B05E4771A"/>
            </w:placeholder>
            <w:showingPlcHdr/>
          </w:sdtPr>
          <w:sdtEndPr/>
          <w:sdtContent>
            <w:tc>
              <w:tcPr>
                <w:tcW w:w="3941" w:type="pct"/>
                <w:vAlign w:val="center"/>
              </w:tcPr>
              <w:p w14:paraId="41CD7F60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3CEFFD20" w14:textId="77777777" w:rsidTr="00C467C9">
        <w:tc>
          <w:tcPr>
            <w:tcW w:w="1059" w:type="pct"/>
            <w:vAlign w:val="center"/>
          </w:tcPr>
          <w:p w14:paraId="21ABFA2C" w14:textId="77777777" w:rsidR="000822CC" w:rsidRDefault="000822CC" w:rsidP="00C467C9">
            <w:r w:rsidRPr="00597A18">
              <w:rPr>
                <w:b/>
                <w:bCs/>
              </w:rPr>
              <w:lastRenderedPageBreak/>
              <w:t>Management Role</w:t>
            </w:r>
          </w:p>
        </w:tc>
        <w:sdt>
          <w:sdtPr>
            <w:id w:val="-1022781647"/>
            <w:placeholder>
              <w:docPart w:val="62A43F350B2D4145AF67C83464556441"/>
            </w:placeholder>
            <w:showingPlcHdr/>
          </w:sdtPr>
          <w:sdtEndPr/>
          <w:sdtContent>
            <w:tc>
              <w:tcPr>
                <w:tcW w:w="3941" w:type="pct"/>
              </w:tcPr>
              <w:p w14:paraId="5DA924A7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8509976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5DCE8206" w14:textId="77777777" w:rsidR="000822CC" w:rsidRDefault="000822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-1758124802"/>
            <w:placeholder>
              <w:docPart w:val="71CA662154994606BAD2F2503FA0C681"/>
            </w:placeholder>
            <w:showingPlcHdr/>
          </w:sdtPr>
          <w:sdtEndPr/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565F125F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7FC7DAB3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671BFA43" w14:textId="77777777" w:rsidR="000822CC" w:rsidRPr="00597A18" w:rsidRDefault="000822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375CD799" w14:textId="5F405B9F" w:rsidR="000822CC" w:rsidRDefault="000822CC" w:rsidP="00C467C9"/>
        </w:tc>
      </w:tr>
      <w:tr w:rsidR="000822CC" w14:paraId="2CDFE137" w14:textId="77777777" w:rsidTr="00C467C9">
        <w:tc>
          <w:tcPr>
            <w:tcW w:w="1059" w:type="pct"/>
            <w:vAlign w:val="center"/>
          </w:tcPr>
          <w:p w14:paraId="4D54E304" w14:textId="2E598D66" w:rsidR="000822CC" w:rsidRPr="00597A18" w:rsidRDefault="000822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166296265"/>
            <w:placeholder>
              <w:docPart w:val="1A274BE9C5B443D1A17726A70BA5BE88"/>
            </w:placeholder>
            <w:showingPlcHdr/>
          </w:sdtPr>
          <w:sdtEndPr/>
          <w:sdtContent>
            <w:tc>
              <w:tcPr>
                <w:tcW w:w="3941" w:type="pct"/>
                <w:vAlign w:val="center"/>
              </w:tcPr>
              <w:p w14:paraId="4C95E0DA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BB2C270" w14:textId="77777777" w:rsidTr="00C467C9">
        <w:tc>
          <w:tcPr>
            <w:tcW w:w="1059" w:type="pct"/>
            <w:vAlign w:val="center"/>
          </w:tcPr>
          <w:p w14:paraId="23CFC28A" w14:textId="77777777" w:rsidR="000822CC" w:rsidRDefault="000822CC" w:rsidP="00C467C9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567032533"/>
            <w:placeholder>
              <w:docPart w:val="A085D69D22F3414FAD9887B991D529C1"/>
            </w:placeholder>
            <w:showingPlcHdr/>
          </w:sdtPr>
          <w:sdtEndPr/>
          <w:sdtContent>
            <w:tc>
              <w:tcPr>
                <w:tcW w:w="3941" w:type="pct"/>
              </w:tcPr>
              <w:p w14:paraId="7466ED83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0A98D824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03DA024E" w14:textId="77777777" w:rsidR="000822CC" w:rsidRDefault="000822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1664809708"/>
            <w:placeholder>
              <w:docPart w:val="B1A8EE97B386410C844936E28D4417C0"/>
            </w:placeholder>
            <w:showingPlcHdr/>
          </w:sdtPr>
          <w:sdtEndPr/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5D9725FA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4A2E08BB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24A89B45" w14:textId="77777777" w:rsidR="000822CC" w:rsidRPr="00597A18" w:rsidRDefault="000822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735976C3" w14:textId="2D303B24" w:rsidR="000822CC" w:rsidRDefault="000822CC" w:rsidP="00C467C9"/>
        </w:tc>
      </w:tr>
      <w:tr w:rsidR="000822CC" w14:paraId="14AFF653" w14:textId="77777777" w:rsidTr="00C467C9">
        <w:tc>
          <w:tcPr>
            <w:tcW w:w="1059" w:type="pct"/>
            <w:vAlign w:val="center"/>
          </w:tcPr>
          <w:p w14:paraId="1E8BD975" w14:textId="7A887576" w:rsidR="000822CC" w:rsidRPr="00597A18" w:rsidRDefault="000822CC" w:rsidP="00C467C9">
            <w:pPr>
              <w:rPr>
                <w:b/>
                <w:bCs/>
              </w:rPr>
            </w:pPr>
            <w:r w:rsidRPr="00597A18">
              <w:rPr>
                <w:b/>
                <w:bCs/>
              </w:rPr>
              <w:t>Institution</w:t>
            </w:r>
          </w:p>
        </w:tc>
        <w:sdt>
          <w:sdtPr>
            <w:id w:val="737670681"/>
            <w:placeholder>
              <w:docPart w:val="4787EC9F905348D79E92A3ABA4FFFD9E"/>
            </w:placeholder>
            <w:showingPlcHdr/>
          </w:sdtPr>
          <w:sdtEndPr/>
          <w:sdtContent>
            <w:tc>
              <w:tcPr>
                <w:tcW w:w="3941" w:type="pct"/>
                <w:vAlign w:val="center"/>
              </w:tcPr>
              <w:p w14:paraId="762215EC" w14:textId="77777777" w:rsidR="000822CC" w:rsidRPr="00597A18" w:rsidRDefault="000822CC" w:rsidP="00CA2CEB">
                <w:pPr>
                  <w:rPr>
                    <w:b/>
                    <w:bCs/>
                  </w:rPr>
                </w:pPr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150AEF9" w14:textId="77777777" w:rsidTr="00C467C9">
        <w:tc>
          <w:tcPr>
            <w:tcW w:w="1059" w:type="pct"/>
            <w:vAlign w:val="center"/>
          </w:tcPr>
          <w:p w14:paraId="3D897DBB" w14:textId="77777777" w:rsidR="000822CC" w:rsidRDefault="000822CC" w:rsidP="00C467C9">
            <w:r w:rsidRPr="00597A18">
              <w:rPr>
                <w:b/>
                <w:bCs/>
              </w:rPr>
              <w:t>Management Role</w:t>
            </w:r>
          </w:p>
        </w:tc>
        <w:sdt>
          <w:sdtPr>
            <w:id w:val="-1677264429"/>
            <w:placeholder>
              <w:docPart w:val="CEDBBDD355C841188200BD8B5ABE2DA3"/>
            </w:placeholder>
            <w:showingPlcHdr/>
          </w:sdtPr>
          <w:sdtEndPr/>
          <w:sdtContent>
            <w:tc>
              <w:tcPr>
                <w:tcW w:w="3941" w:type="pct"/>
              </w:tcPr>
              <w:p w14:paraId="5EA955E2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18839BEC" w14:textId="77777777" w:rsidTr="00C467C9">
        <w:tc>
          <w:tcPr>
            <w:tcW w:w="1059" w:type="pct"/>
            <w:tcBorders>
              <w:bottom w:val="single" w:sz="4" w:space="0" w:color="auto"/>
            </w:tcBorders>
            <w:vAlign w:val="center"/>
          </w:tcPr>
          <w:p w14:paraId="2F554134" w14:textId="77777777" w:rsidR="000822CC" w:rsidRDefault="000822CC" w:rsidP="00C467C9">
            <w:r w:rsidRPr="00597A18">
              <w:rPr>
                <w:b/>
                <w:bCs/>
              </w:rPr>
              <w:t>Key Responsibilities</w:t>
            </w:r>
          </w:p>
        </w:tc>
        <w:sdt>
          <w:sdtPr>
            <w:id w:val="1953049019"/>
            <w:placeholder>
              <w:docPart w:val="AD8EF480CCC844ADA184B2E6B7C3B785"/>
            </w:placeholder>
            <w:showingPlcHdr/>
          </w:sdtPr>
          <w:sdtEndPr/>
          <w:sdtContent>
            <w:tc>
              <w:tcPr>
                <w:tcW w:w="3941" w:type="pct"/>
                <w:tcBorders>
                  <w:bottom w:val="single" w:sz="4" w:space="0" w:color="auto"/>
                </w:tcBorders>
              </w:tcPr>
              <w:p w14:paraId="74B32AF3" w14:textId="77777777" w:rsidR="000822CC" w:rsidRDefault="000822CC" w:rsidP="00CA2CEB">
                <w:r w:rsidRPr="00F10F9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822CC" w14:paraId="208C48FA" w14:textId="77777777" w:rsidTr="00C467C9">
        <w:tc>
          <w:tcPr>
            <w:tcW w:w="1059" w:type="pct"/>
            <w:tcBorders>
              <w:left w:val="nil"/>
              <w:bottom w:val="nil"/>
              <w:right w:val="nil"/>
            </w:tcBorders>
            <w:vAlign w:val="center"/>
          </w:tcPr>
          <w:p w14:paraId="0C017917" w14:textId="77777777" w:rsidR="000822CC" w:rsidRPr="00597A18" w:rsidRDefault="000822CC" w:rsidP="00C467C9">
            <w:pPr>
              <w:rPr>
                <w:b/>
                <w:bCs/>
              </w:rPr>
            </w:pPr>
          </w:p>
        </w:tc>
        <w:tc>
          <w:tcPr>
            <w:tcW w:w="3941" w:type="pct"/>
            <w:tcBorders>
              <w:left w:val="nil"/>
              <w:bottom w:val="nil"/>
              <w:right w:val="nil"/>
            </w:tcBorders>
          </w:tcPr>
          <w:p w14:paraId="2F8F1E5B" w14:textId="6341D9C7" w:rsidR="000822CC" w:rsidRDefault="000822CC" w:rsidP="00C467C9"/>
        </w:tc>
      </w:tr>
    </w:tbl>
    <w:p w14:paraId="21EE9805" w14:textId="77777777" w:rsidR="006D01CC" w:rsidRPr="006D01CC" w:rsidRDefault="006D01CC" w:rsidP="006D01CC"/>
    <w:p w14:paraId="3E22192C" w14:textId="77777777" w:rsidR="00D15160" w:rsidRPr="00846BF0" w:rsidRDefault="00D15160" w:rsidP="00D15160">
      <w:pPr>
        <w:rPr>
          <w:b/>
          <w:bCs/>
        </w:rPr>
      </w:pPr>
    </w:p>
    <w:p w14:paraId="3CE02F2D" w14:textId="77777777" w:rsidR="00D15160" w:rsidRDefault="00D15160">
      <w:pPr>
        <w:rPr>
          <w:rFonts w:asciiTheme="minorHAnsi" w:hAnsiTheme="minorHAnsi"/>
          <w:sz w:val="22"/>
        </w:rPr>
      </w:pPr>
    </w:p>
    <w:sectPr w:rsidR="00D15160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DAA8D" w14:textId="77777777" w:rsidR="00332DCF" w:rsidRDefault="00332DCF" w:rsidP="001B2E81">
      <w:pPr>
        <w:spacing w:after="0" w:line="240" w:lineRule="auto"/>
      </w:pPr>
      <w:r>
        <w:separator/>
      </w:r>
    </w:p>
  </w:endnote>
  <w:endnote w:type="continuationSeparator" w:id="0">
    <w:p w14:paraId="723F176E" w14:textId="77777777" w:rsidR="00332DCF" w:rsidRDefault="00332DCF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9B5AB" w14:textId="77777777" w:rsidR="00332DCF" w:rsidRDefault="00332DCF" w:rsidP="001B2E81">
      <w:pPr>
        <w:spacing w:after="0" w:line="240" w:lineRule="auto"/>
      </w:pPr>
      <w:r>
        <w:separator/>
      </w:r>
    </w:p>
  </w:footnote>
  <w:footnote w:type="continuationSeparator" w:id="0">
    <w:p w14:paraId="2DFBD7B0" w14:textId="77777777" w:rsidR="00332DCF" w:rsidRDefault="00332DCF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5981218A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D15160">
      <w:t>Nephrology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22CC"/>
    <w:rsid w:val="000834D5"/>
    <w:rsid w:val="000F1628"/>
    <w:rsid w:val="0015074B"/>
    <w:rsid w:val="001B1C2A"/>
    <w:rsid w:val="001B2E81"/>
    <w:rsid w:val="001C17E4"/>
    <w:rsid w:val="00214ECC"/>
    <w:rsid w:val="002319B9"/>
    <w:rsid w:val="002931FF"/>
    <w:rsid w:val="0029639D"/>
    <w:rsid w:val="002B4D0D"/>
    <w:rsid w:val="002D7D98"/>
    <w:rsid w:val="002E140B"/>
    <w:rsid w:val="00301B8B"/>
    <w:rsid w:val="00311976"/>
    <w:rsid w:val="00326F90"/>
    <w:rsid w:val="00332DCF"/>
    <w:rsid w:val="003729FB"/>
    <w:rsid w:val="004A41F5"/>
    <w:rsid w:val="004D6768"/>
    <w:rsid w:val="004E3CD1"/>
    <w:rsid w:val="00504308"/>
    <w:rsid w:val="00547911"/>
    <w:rsid w:val="00584CC7"/>
    <w:rsid w:val="00597958"/>
    <w:rsid w:val="00597A18"/>
    <w:rsid w:val="005A051B"/>
    <w:rsid w:val="005C52E8"/>
    <w:rsid w:val="006D0099"/>
    <w:rsid w:val="006D01CC"/>
    <w:rsid w:val="006D2D13"/>
    <w:rsid w:val="0075109E"/>
    <w:rsid w:val="0075157E"/>
    <w:rsid w:val="007C0991"/>
    <w:rsid w:val="007C3707"/>
    <w:rsid w:val="007F74AB"/>
    <w:rsid w:val="00821B93"/>
    <w:rsid w:val="00846BF0"/>
    <w:rsid w:val="008525FA"/>
    <w:rsid w:val="009016A6"/>
    <w:rsid w:val="009A70F2"/>
    <w:rsid w:val="009A7B67"/>
    <w:rsid w:val="009E4AEB"/>
    <w:rsid w:val="00A0792E"/>
    <w:rsid w:val="00A36383"/>
    <w:rsid w:val="00AA1D8D"/>
    <w:rsid w:val="00AF6DCC"/>
    <w:rsid w:val="00B16633"/>
    <w:rsid w:val="00B47730"/>
    <w:rsid w:val="00B8038E"/>
    <w:rsid w:val="00BC3393"/>
    <w:rsid w:val="00BD4838"/>
    <w:rsid w:val="00C47B11"/>
    <w:rsid w:val="00C7253B"/>
    <w:rsid w:val="00C95D05"/>
    <w:rsid w:val="00CB0664"/>
    <w:rsid w:val="00CC1592"/>
    <w:rsid w:val="00CD745A"/>
    <w:rsid w:val="00D15160"/>
    <w:rsid w:val="00DA296B"/>
    <w:rsid w:val="00DC2290"/>
    <w:rsid w:val="00E9708F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040ACA" w:rsidP="00040ACA">
          <w:pPr>
            <w:pStyle w:val="F4D6CB2241074A76A75ACE4A72F3BAC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040ACA" w:rsidP="00040ACA">
          <w:pPr>
            <w:pStyle w:val="758EF154077D4EC492E0AA02749775E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040ACA" w:rsidP="00040ACA">
          <w:pPr>
            <w:pStyle w:val="60444590C5F4414E83C6454885D5753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040ACA" w:rsidP="00040ACA">
          <w:pPr>
            <w:pStyle w:val="096DC268CB3744C7AF90E558EFABE7F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040ACA" w:rsidP="00040ACA">
          <w:pPr>
            <w:pStyle w:val="16EE3227410F4460A6706019F08584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040ACA" w:rsidP="00040ACA">
          <w:pPr>
            <w:pStyle w:val="35C6ADD19D0A4F7F9AA8A8D4CCB1374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040ACA" w:rsidP="00040ACA">
          <w:pPr>
            <w:pStyle w:val="0AD4EFDEB46F4DD3B07D7D864B6EAE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040ACA" w:rsidP="00040ACA">
          <w:pPr>
            <w:pStyle w:val="C969D259CE28476AA1EB44B74A93B0D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040ACA" w:rsidP="00040ACA">
          <w:pPr>
            <w:pStyle w:val="4163D3241B974CB9999FF0EC5B4E2B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040ACA" w:rsidP="00040ACA">
          <w:pPr>
            <w:pStyle w:val="89495584885745569DDCF4FEC1482D0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040ACA" w:rsidP="00040ACA">
          <w:pPr>
            <w:pStyle w:val="66C6F6902A3B4D4CA7D745FDDA70B68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040ACA" w:rsidP="00040ACA">
          <w:pPr>
            <w:pStyle w:val="4CD965A9EE694FECADF2476D720E7B6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040ACA" w:rsidP="00040ACA">
          <w:pPr>
            <w:pStyle w:val="09E232A6ADC042DB884957F020A929B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040ACA" w:rsidP="00040ACA">
          <w:pPr>
            <w:pStyle w:val="3DF7FD3C5E5C4C0992D419903A5ACDD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040ACA" w:rsidP="00040ACA">
          <w:pPr>
            <w:pStyle w:val="657F90F891404138BEF4C8B0986FE70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040ACA" w:rsidP="00040ACA">
          <w:pPr>
            <w:pStyle w:val="C9113B8A854441D682CE5AC80AFB086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040ACA" w:rsidP="00040ACA">
          <w:pPr>
            <w:pStyle w:val="CADFFF9D18954E1993F5C0789B03E17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040ACA" w:rsidP="00040ACA">
          <w:pPr>
            <w:pStyle w:val="AB27C8C8D90949D99B80C3BCC40C6D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040ACA" w:rsidP="00040ACA">
          <w:pPr>
            <w:pStyle w:val="7E217E49FF2B4BCCB4F3ACCCBA86205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040ACA" w:rsidP="00040ACA">
          <w:pPr>
            <w:pStyle w:val="A6B6B6169038418C8F137F03A3BAC3E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040ACA" w:rsidP="00040ACA">
          <w:pPr>
            <w:pStyle w:val="C6C5AA04D5744E5397F5B4C02E599FE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040ACA" w:rsidP="00040ACA">
          <w:pPr>
            <w:pStyle w:val="657845195F10471BB191FDF6254F450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040ACA" w:rsidP="00040ACA">
          <w:pPr>
            <w:pStyle w:val="7041F98D97294F33B27DB409BE8E3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040ACA" w:rsidP="00040ACA">
          <w:pPr>
            <w:pStyle w:val="73AB6D1D873F4738BF61AE697637871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040ACA" w:rsidP="00040ACA">
          <w:pPr>
            <w:pStyle w:val="520891A0A4C04E9D9F8A8F3644975C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040ACA" w:rsidP="00040ACA">
          <w:pPr>
            <w:pStyle w:val="C582574595EA444189787F4DFB8EE37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040ACA" w:rsidP="00040ACA">
          <w:pPr>
            <w:pStyle w:val="55670920D67C4481B676B57D42BEF39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040ACA" w:rsidP="00040ACA">
          <w:pPr>
            <w:pStyle w:val="1734C0B0E50C4165979C1D1CD6EF511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040ACA" w:rsidP="00040ACA">
          <w:pPr>
            <w:pStyle w:val="A98CC7936C024C2988776FBA2CC670B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040ACA" w:rsidP="00040ACA">
          <w:pPr>
            <w:pStyle w:val="2E9B36F7201C45DF99CA9FA9C42900A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040ACA" w:rsidP="00040ACA">
          <w:pPr>
            <w:pStyle w:val="09814CF1CD7A47D3BB560F37A96F9D5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040ACA" w:rsidP="00040ACA">
          <w:pPr>
            <w:pStyle w:val="7793DEAF92564508A217818A964BBBC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BDFBC283534F4BBD2BA4F862ACB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90BC3-C060-4438-9CC5-5916CC79F9D2}"/>
      </w:docPartPr>
      <w:docPartBody>
        <w:p w:rsidR="000C6124" w:rsidRDefault="00040ACA" w:rsidP="00040ACA">
          <w:pPr>
            <w:pStyle w:val="8DBDFBC283534F4BBD2BA4F862ACB45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EFE74F2D8745C0A1AFE793A758D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9577E8-8AC7-49B5-A3C8-90E2026B9005}"/>
      </w:docPartPr>
      <w:docPartBody>
        <w:p w:rsidR="000C6124" w:rsidRDefault="00040ACA" w:rsidP="00040ACA">
          <w:pPr>
            <w:pStyle w:val="00EFE74F2D8745C0A1AFE793A758D0A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7DE90E5C84495903890F45F572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FBD9C-90DD-4857-B957-0CF038D65BCC}"/>
      </w:docPartPr>
      <w:docPartBody>
        <w:p w:rsidR="000C6124" w:rsidRDefault="00040ACA" w:rsidP="00040ACA">
          <w:pPr>
            <w:pStyle w:val="E357DE90E5C84495903890F45F572BB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E4D4EE6CE3494392F89273BA22A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36151-97CC-4867-A3C5-8CC1C9CC5E56}"/>
      </w:docPartPr>
      <w:docPartBody>
        <w:p w:rsidR="000C6124" w:rsidRDefault="00040ACA" w:rsidP="00040ACA">
          <w:pPr>
            <w:pStyle w:val="95E4D4EE6CE3494392F89273BA22A71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98C9CAFC5D420E879FD99D9DF47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C3897-78B5-4E30-BE5F-FF60CBE87791}"/>
      </w:docPartPr>
      <w:docPartBody>
        <w:p w:rsidR="000C6124" w:rsidRDefault="00040ACA" w:rsidP="00040ACA">
          <w:pPr>
            <w:pStyle w:val="1898C9CAFC5D420E879FD99D9DF4731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9A59954FC243C5AE95F389C52E8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3C3FD-B4EE-4257-A0A6-A5C4DA81D4F2}"/>
      </w:docPartPr>
      <w:docPartBody>
        <w:p w:rsidR="000C6124" w:rsidRDefault="00040ACA" w:rsidP="00040ACA">
          <w:pPr>
            <w:pStyle w:val="479A59954FC243C5AE95F389C52E8A1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60026625B44F3A8F3293627A074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C6908-C501-4E76-B5B9-23E1A8B5C69B}"/>
      </w:docPartPr>
      <w:docPartBody>
        <w:p w:rsidR="000C6124" w:rsidRDefault="00040ACA" w:rsidP="00040ACA">
          <w:pPr>
            <w:pStyle w:val="8960026625B44F3A8F3293627A07497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4025CA976E4DFE925F591236339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66113-8B78-4D79-B701-5E722DF1F4C5}"/>
      </w:docPartPr>
      <w:docPartBody>
        <w:p w:rsidR="000C6124" w:rsidRDefault="003651DD" w:rsidP="003651DD">
          <w:pPr>
            <w:pStyle w:val="544025CA976E4DFE925F591236339CF2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3292318265E418CBFC736A93ED0C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1FFCB-7AE9-489C-AE8B-44C17247484B}"/>
      </w:docPartPr>
      <w:docPartBody>
        <w:p w:rsidR="000C6124" w:rsidRDefault="00040ACA" w:rsidP="00040ACA">
          <w:pPr>
            <w:pStyle w:val="53292318265E418CBFC736A93ED0CF7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106B1453BD4F67BF63B7C3B463E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5966C-AD22-4426-852F-E3443E714AF2}"/>
      </w:docPartPr>
      <w:docPartBody>
        <w:p w:rsidR="000C6124" w:rsidRDefault="00040ACA" w:rsidP="00040ACA">
          <w:pPr>
            <w:pStyle w:val="5E106B1453BD4F67BF63B7C3B463E97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F3B7DE2F8D4D4F891158D9B04F6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EF056-7E67-4CD0-981F-271B966994B8}"/>
      </w:docPartPr>
      <w:docPartBody>
        <w:p w:rsidR="000C6124" w:rsidRDefault="00040ACA" w:rsidP="00040ACA">
          <w:pPr>
            <w:pStyle w:val="18F3B7DE2F8D4D4F891158D9B04F63A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B400469BBC4934A85AA102FC6B7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FDE29-DCF6-4351-B38D-B89A937E952C}"/>
      </w:docPartPr>
      <w:docPartBody>
        <w:p w:rsidR="000C6124" w:rsidRDefault="00040ACA" w:rsidP="00040ACA">
          <w:pPr>
            <w:pStyle w:val="46B400469BBC4934A85AA102FC6B7BF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B4B76762754359A4C03A746FAC9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5F823-64CD-40B5-A84D-1256F2B3193E}"/>
      </w:docPartPr>
      <w:docPartBody>
        <w:p w:rsidR="000C6124" w:rsidRDefault="00040ACA" w:rsidP="00040ACA">
          <w:pPr>
            <w:pStyle w:val="D5B4B76762754359A4C03A746FAC91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EB36B29EB94A7498130424C198C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3D784-21FE-4C7E-948A-7CBD0CFE3094}"/>
      </w:docPartPr>
      <w:docPartBody>
        <w:p w:rsidR="000C6124" w:rsidRDefault="00040ACA" w:rsidP="00040ACA">
          <w:pPr>
            <w:pStyle w:val="9BEB36B29EB94A7498130424C198C46E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4BDE126E234E62BD86E06E38507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DEC38-597C-4EE5-A8EA-2834DA826C72}"/>
      </w:docPartPr>
      <w:docPartBody>
        <w:p w:rsidR="000C6124" w:rsidRDefault="00040ACA" w:rsidP="00040ACA">
          <w:pPr>
            <w:pStyle w:val="914BDE126E234E62BD86E06E385071B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6919BD3B3A4FF3AC9F4BD105C45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CEEA0-17D3-46D2-9214-ABB97397E3B5}"/>
      </w:docPartPr>
      <w:docPartBody>
        <w:p w:rsidR="000C6124" w:rsidRDefault="00040ACA" w:rsidP="00040ACA">
          <w:pPr>
            <w:pStyle w:val="776919BD3B3A4FF3AC9F4BD105C4573E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28960A443142C2B3B21E345BABA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CB355-3E31-4164-9D51-FF4513CCD87D}"/>
      </w:docPartPr>
      <w:docPartBody>
        <w:p w:rsidR="000C6124" w:rsidRDefault="00040ACA" w:rsidP="00040ACA">
          <w:pPr>
            <w:pStyle w:val="9328960A443142C2B3B21E345BABA205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F5AD484C9A444598540556BC8B2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26A84-4984-430E-921F-0C3AA173E9D8}"/>
      </w:docPartPr>
      <w:docPartBody>
        <w:p w:rsidR="000C6124" w:rsidRDefault="00040ACA" w:rsidP="00040ACA">
          <w:pPr>
            <w:pStyle w:val="E7F5AD484C9A444598540556BC8B2BA7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400A6D8081F4C7B8F02074AFCDCC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6AEC2-DE1B-4207-8930-677843C2F364}"/>
      </w:docPartPr>
      <w:docPartBody>
        <w:p w:rsidR="000C6124" w:rsidRDefault="00040ACA" w:rsidP="00040ACA">
          <w:pPr>
            <w:pStyle w:val="3400A6D8081F4C7B8F02074AFCDCCF28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64BF46CFB54E30B2400DA28D9D0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5A151-B393-4B91-A3CE-2F0BA81C382F}"/>
      </w:docPartPr>
      <w:docPartBody>
        <w:p w:rsidR="000C6124" w:rsidRDefault="00040ACA" w:rsidP="00040ACA">
          <w:pPr>
            <w:pStyle w:val="4A64BF46CFB54E30B2400DA28D9D0C97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6434D49B2F4D9EAA987990248B4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97CB4-E671-4367-A73E-B83386F9D3B0}"/>
      </w:docPartPr>
      <w:docPartBody>
        <w:p w:rsidR="000C6124" w:rsidRDefault="00040ACA" w:rsidP="00040ACA">
          <w:pPr>
            <w:pStyle w:val="E36434D49B2F4D9EAA987990248B418E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5915EBF6CA4FF0A6AD89B4BE2AD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21F2E-6154-4011-921E-BCB03C9AF8FA}"/>
      </w:docPartPr>
      <w:docPartBody>
        <w:p w:rsidR="000C6124" w:rsidRDefault="00040ACA" w:rsidP="00040ACA">
          <w:pPr>
            <w:pStyle w:val="4F5915EBF6CA4FF0A6AD89B4BE2ADE6B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07F05445494B0BAC1500946C3B1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3D42B-5F09-415C-AF1E-E003F8EBE5B2}"/>
      </w:docPartPr>
      <w:docPartBody>
        <w:p w:rsidR="000C6124" w:rsidRDefault="00040ACA" w:rsidP="00040ACA">
          <w:pPr>
            <w:pStyle w:val="D607F05445494B0BAC1500946C3B12E4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44F120EF504B9D87279119751C3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5CF4E-427B-4B6E-8A82-A22137D6ABFD}"/>
      </w:docPartPr>
      <w:docPartBody>
        <w:p w:rsidR="000C6124" w:rsidRDefault="00040ACA" w:rsidP="00040ACA">
          <w:pPr>
            <w:pStyle w:val="1B44F120EF504B9D87279119751C30A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1B6815A47640368EF06E4616CB2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3BBB-74A1-443E-95DC-3FE413480B93}"/>
      </w:docPartPr>
      <w:docPartBody>
        <w:p w:rsidR="000C6124" w:rsidRDefault="00040ACA" w:rsidP="00040ACA">
          <w:pPr>
            <w:pStyle w:val="A31B6815A47640368EF06E4616CB25F5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5DF82CD6004F83A1245C5809E10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7A822-EAB0-4936-BC94-F660EF02A644}"/>
      </w:docPartPr>
      <w:docPartBody>
        <w:p w:rsidR="000C6124" w:rsidRDefault="00040ACA" w:rsidP="00040ACA">
          <w:pPr>
            <w:pStyle w:val="D65DF82CD6004F83A1245C5809E10E0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1F05B5CD7A4FC2A2F6127494FC9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2556A-0460-40B4-8678-9C14F05F3AC9}"/>
      </w:docPartPr>
      <w:docPartBody>
        <w:p w:rsidR="000C6124" w:rsidRDefault="00040ACA" w:rsidP="00040ACA">
          <w:pPr>
            <w:pStyle w:val="A61F05B5CD7A4FC2A2F6127494FC9E2F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DC3D4A0FCC94CF9A02A26AD5845B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893B9-FEA1-4F3F-9EB0-CA7828DFDF66}"/>
      </w:docPartPr>
      <w:docPartBody>
        <w:p w:rsidR="000C6124" w:rsidRDefault="00040ACA" w:rsidP="00040ACA">
          <w:pPr>
            <w:pStyle w:val="CDC3D4A0FCC94CF9A02A26AD5845B79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CFB9C1AC9D4839ABCED80D73E5E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1405B-3E92-4762-AF23-A3BDAC15C301}"/>
      </w:docPartPr>
      <w:docPartBody>
        <w:p w:rsidR="000C6124" w:rsidRDefault="00040ACA" w:rsidP="00040ACA">
          <w:pPr>
            <w:pStyle w:val="8BCFB9C1AC9D4839ABCED80D73E5E1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77B9B51824BC0B08E6A136990F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89076-BB0C-45F7-A892-C6FC994ED464}"/>
      </w:docPartPr>
      <w:docPartBody>
        <w:p w:rsidR="000C6124" w:rsidRDefault="00040ACA" w:rsidP="00040ACA">
          <w:pPr>
            <w:pStyle w:val="CCA77B9B51824BC0B08E6A136990FE8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55299D04524608BA2E32D58C412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5E33F-0766-4747-8DFA-15E37440E048}"/>
      </w:docPartPr>
      <w:docPartBody>
        <w:p w:rsidR="000C6124" w:rsidRDefault="00040ACA" w:rsidP="00040ACA">
          <w:pPr>
            <w:pStyle w:val="9A55299D04524608BA2E32D58C412F8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8EE46B17194A198967536CF7F6B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3772B-AE3F-416F-9425-C5DE9578E45B}"/>
      </w:docPartPr>
      <w:docPartBody>
        <w:p w:rsidR="000C6124" w:rsidRDefault="00040ACA" w:rsidP="00040ACA">
          <w:pPr>
            <w:pStyle w:val="3A8EE46B17194A198967536CF7F6B03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294CA3D5B540E08F82698A028B2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EB09A-7F94-4C8C-A37D-2B80B1C82C17}"/>
      </w:docPartPr>
      <w:docPartBody>
        <w:p w:rsidR="000C6124" w:rsidRDefault="00040ACA" w:rsidP="00040ACA">
          <w:pPr>
            <w:pStyle w:val="10294CA3D5B540E08F82698A028B2D3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FBF4A0DBEE4ACD9D850457BB24F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57F2D-B240-4CC3-953F-296B55DC955C}"/>
      </w:docPartPr>
      <w:docPartBody>
        <w:p w:rsidR="000C6124" w:rsidRDefault="00040ACA" w:rsidP="00040ACA">
          <w:pPr>
            <w:pStyle w:val="2CFBF4A0DBEE4ACD9D850457BB24FA0F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91FE338EE244DC81FCB3133A8C7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BB32B-CD9E-4882-896C-18E1BF7689FD}"/>
      </w:docPartPr>
      <w:docPartBody>
        <w:p w:rsidR="000C6124" w:rsidRDefault="00040ACA" w:rsidP="00040ACA">
          <w:pPr>
            <w:pStyle w:val="8991FE338EE244DC81FCB3133A8C7EA3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0B7AE5C4BC4E6A8219612CAB1B9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88F37-7D1B-4EF3-96F0-2BA964988106}"/>
      </w:docPartPr>
      <w:docPartBody>
        <w:p w:rsidR="000C6124" w:rsidRDefault="00040ACA" w:rsidP="00040ACA">
          <w:pPr>
            <w:pStyle w:val="170B7AE5C4BC4E6A8219612CAB1B9C03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1336DCC7524474BB3A3305E388B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3CA33-9C4F-477B-9724-6D7E436C0ABB}"/>
      </w:docPartPr>
      <w:docPartBody>
        <w:p w:rsidR="001707BD" w:rsidRDefault="00040ACA" w:rsidP="00040ACA">
          <w:pPr>
            <w:pStyle w:val="0A1336DCC7524474BB3A3305E388B72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5AC5111F71478F8B918D49899D6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DBEDD-DF90-4BF9-8C0E-55D202BC81E8}"/>
      </w:docPartPr>
      <w:docPartBody>
        <w:p w:rsidR="001707BD" w:rsidRDefault="00040ACA" w:rsidP="00040ACA">
          <w:pPr>
            <w:pStyle w:val="485AC5111F71478F8B918D49899D631A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F2F0818A104EFEB515B57628C35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4AB45-EA5B-439C-8A6A-765AD71E2D83}"/>
      </w:docPartPr>
      <w:docPartBody>
        <w:p w:rsidR="001707BD" w:rsidRDefault="00040ACA" w:rsidP="00040ACA">
          <w:pPr>
            <w:pStyle w:val="93F2F0818A104EFEB515B57628C350B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C3EC3620734AFE88DB392970609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5AB84-94FF-4D38-B6EA-EE9F20059D58}"/>
      </w:docPartPr>
      <w:docPartBody>
        <w:p w:rsidR="001707BD" w:rsidRDefault="00040ACA" w:rsidP="00040ACA">
          <w:pPr>
            <w:pStyle w:val="77C3EC3620734AFE88DB392970609F8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B92F44A5874808BF693A8992740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431B4-2CFF-4199-B51D-AF6C328DFF62}"/>
      </w:docPartPr>
      <w:docPartBody>
        <w:p w:rsidR="001707BD" w:rsidRDefault="00040ACA" w:rsidP="00040ACA">
          <w:pPr>
            <w:pStyle w:val="59B92F44A5874808BF693A8992740FF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FB8D7F40F342AFBF061A1834C15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3536F-AC05-4B55-9238-06FB481B64B8}"/>
      </w:docPartPr>
      <w:docPartBody>
        <w:p w:rsidR="001707BD" w:rsidRDefault="00040ACA" w:rsidP="00040ACA">
          <w:pPr>
            <w:pStyle w:val="2CFB8D7F40F342AFBF061A1834C158E5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D9CFA04C8240A1A670758FE6963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24A4B-B0F6-44E8-9BCB-91007BE653E5}"/>
      </w:docPartPr>
      <w:docPartBody>
        <w:p w:rsidR="001707BD" w:rsidRDefault="00040ACA" w:rsidP="00040ACA">
          <w:pPr>
            <w:pStyle w:val="19D9CFA04C8240A1A670758FE6963C0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0FAF4B33F1480E808CBEA2BB0CC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571D1-A9C4-40C9-A0AE-ACC0584F0AFB}"/>
      </w:docPartPr>
      <w:docPartBody>
        <w:p w:rsidR="001707BD" w:rsidRDefault="00040ACA" w:rsidP="00040ACA">
          <w:pPr>
            <w:pStyle w:val="9D0FAF4B33F1480E808CBEA2BB0CCC2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95820094F447E6903FF8A591797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221B5-E193-4608-AF01-8084BA2DDAAF}"/>
      </w:docPartPr>
      <w:docPartBody>
        <w:p w:rsidR="001707BD" w:rsidRDefault="00040ACA" w:rsidP="00040ACA">
          <w:pPr>
            <w:pStyle w:val="0D95820094F447E6903FF8A5917974BF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C6C4AEBF7B41AFB193F7D7AC8B5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C76D1-0E68-40E9-9ACB-D68E2F0AC2E6}"/>
      </w:docPartPr>
      <w:docPartBody>
        <w:p w:rsidR="001707BD" w:rsidRDefault="00040ACA" w:rsidP="00040ACA">
          <w:pPr>
            <w:pStyle w:val="D2C6C4AEBF7B41AFB193F7D7AC8B5E39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B12B4C8CB41F0BF158B32F26B7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69F1E-B802-430B-B448-B043DB570227}"/>
      </w:docPartPr>
      <w:docPartBody>
        <w:p w:rsidR="001707BD" w:rsidRDefault="00040ACA" w:rsidP="00040ACA">
          <w:pPr>
            <w:pStyle w:val="A26B12B4C8CB41F0BF158B32F26B7039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64C370B4AF476EB8735BCFD3AC2A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AB9AA-68CB-4810-8E89-18E4503BBFB0}"/>
      </w:docPartPr>
      <w:docPartBody>
        <w:p w:rsidR="001707BD" w:rsidRDefault="00040ACA" w:rsidP="00040ACA">
          <w:pPr>
            <w:pStyle w:val="2064C370B4AF476EB8735BCFD3AC2A27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6021EA42E64535BB1819C78688F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CF028-79B9-4995-B47F-3A74E464DD08}"/>
      </w:docPartPr>
      <w:docPartBody>
        <w:p w:rsidR="001707BD" w:rsidRDefault="00040ACA" w:rsidP="00040ACA">
          <w:pPr>
            <w:pStyle w:val="966021EA42E64535BB1819C78688F57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5EB44F493F4126B09ED545717FC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BE17D-DF4F-4049-9F4A-ABEFA552C48B}"/>
      </w:docPartPr>
      <w:docPartBody>
        <w:p w:rsidR="001707BD" w:rsidRDefault="00040ACA" w:rsidP="00040ACA">
          <w:pPr>
            <w:pStyle w:val="175EB44F493F4126B09ED545717FC05E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BFE4E7AE0943D8BE78CE204FE64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F098D-4546-4173-9484-E54F247CE033}"/>
      </w:docPartPr>
      <w:docPartBody>
        <w:p w:rsidR="001707BD" w:rsidRDefault="00040ACA" w:rsidP="00040ACA">
          <w:pPr>
            <w:pStyle w:val="1BBFE4E7AE0943D8BE78CE204FE6458E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FBE3645B874B5DA6A97A1EDE648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63C71-B6ED-4D41-889D-900C6DFCDD1B}"/>
      </w:docPartPr>
      <w:docPartBody>
        <w:p w:rsidR="001707BD" w:rsidRDefault="00040ACA" w:rsidP="00040ACA">
          <w:pPr>
            <w:pStyle w:val="D4FBE3645B874B5DA6A97A1EDE648988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C3BD7C971F4B709835CABCA8408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14A3A-2CB6-46F0-9BEA-9F5D14804639}"/>
      </w:docPartPr>
      <w:docPartBody>
        <w:p w:rsidR="001707BD" w:rsidRDefault="00040ACA" w:rsidP="00040ACA">
          <w:pPr>
            <w:pStyle w:val="87C3BD7C971F4B709835CABCA8408F4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954F6C93E4E3CAF25ED4D1E9DD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2AB25-EB5B-4E3D-A39F-0A8B3CD11910}"/>
      </w:docPartPr>
      <w:docPartBody>
        <w:p w:rsidR="001707BD" w:rsidRDefault="00040ACA" w:rsidP="00040ACA">
          <w:pPr>
            <w:pStyle w:val="B6B954F6C93E4E3CAF25ED4D1E9DD08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8C7854AA73411A97D1218AEE3D5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B92DE-30D4-4FD6-B3FF-57971C2DFB7E}"/>
      </w:docPartPr>
      <w:docPartBody>
        <w:p w:rsidR="001707BD" w:rsidRDefault="00040ACA" w:rsidP="00040ACA">
          <w:pPr>
            <w:pStyle w:val="CF8C7854AA73411A97D1218AEE3D54D4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C7A0E89C9B42AB86638CE4422E2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24448-C2ED-4748-8165-1941721F805E}"/>
      </w:docPartPr>
      <w:docPartBody>
        <w:p w:rsidR="001707BD" w:rsidRDefault="00040ACA" w:rsidP="00040ACA">
          <w:pPr>
            <w:pStyle w:val="CAC7A0E89C9B42AB86638CE4422E2F6D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13B2C2C0DB44DC97A99B1F6C911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9F788-F5A3-423C-8847-1BBA2CB7C212}"/>
      </w:docPartPr>
      <w:docPartBody>
        <w:p w:rsidR="001707BD" w:rsidRDefault="00040ACA" w:rsidP="00040ACA">
          <w:pPr>
            <w:pStyle w:val="3F13B2C2C0DB44DC97A99B1F6C9114C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F183E1789645268B3FD3C9F15F7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A02BD-2D4F-471C-8EF4-7ECF48EA2B13}"/>
      </w:docPartPr>
      <w:docPartBody>
        <w:p w:rsidR="001707BD" w:rsidRDefault="00040ACA" w:rsidP="00040ACA">
          <w:pPr>
            <w:pStyle w:val="B3F183E1789645268B3FD3C9F15F7DE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A9AED2723D4C6CB5E02F6E0A9A8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CA53B-B450-4C28-91FE-8E6290F309D8}"/>
      </w:docPartPr>
      <w:docPartBody>
        <w:p w:rsidR="001707BD" w:rsidRDefault="00040ACA" w:rsidP="00040ACA">
          <w:pPr>
            <w:pStyle w:val="2BA9AED2723D4C6CB5E02F6E0A9A8B85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FF998786BC43F48AD928F9C1041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6C65C-856E-4030-B4E7-5742DEA38846}"/>
      </w:docPartPr>
      <w:docPartBody>
        <w:p w:rsidR="001707BD" w:rsidRDefault="00040ACA" w:rsidP="00040ACA">
          <w:pPr>
            <w:pStyle w:val="AFFF998786BC43F48AD928F9C1041277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7FE0416A8A4DDE9C513B3F0D77D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1DB78-A847-42C4-8802-699B1183B13B}"/>
      </w:docPartPr>
      <w:docPartBody>
        <w:p w:rsidR="001707BD" w:rsidRDefault="00040ACA" w:rsidP="00040ACA">
          <w:pPr>
            <w:pStyle w:val="FD7FE0416A8A4DDE9C513B3F0D77D5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CDED8152A14300AEE6395973E76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D231E-865F-4981-BDD0-C9158F91AA09}"/>
      </w:docPartPr>
      <w:docPartBody>
        <w:p w:rsidR="001707BD" w:rsidRDefault="00040ACA" w:rsidP="00040ACA">
          <w:pPr>
            <w:pStyle w:val="62CDED8152A14300AEE6395973E7656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B88D9436F4498A924ED44C14EEF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2C6F3-DE3F-4BD1-899A-E41AB431B2C9}"/>
      </w:docPartPr>
      <w:docPartBody>
        <w:p w:rsidR="001707BD" w:rsidRDefault="00040ACA" w:rsidP="00040ACA">
          <w:pPr>
            <w:pStyle w:val="AAB88D9436F4498A924ED44C14EEFF73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F05FD7613A4B79BDCA0CA971B85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C33DA-F9FA-4E8C-87F5-F5EFBA826643}"/>
      </w:docPartPr>
      <w:docPartBody>
        <w:p w:rsidR="001707BD" w:rsidRDefault="00040ACA" w:rsidP="00040ACA">
          <w:pPr>
            <w:pStyle w:val="98F05FD7613A4B79BDCA0CA971B8598A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0653E193AB4128AE4A138C5D978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8AA84-6E03-40F4-8479-BB20B187D90E}"/>
      </w:docPartPr>
      <w:docPartBody>
        <w:p w:rsidR="001707BD" w:rsidRDefault="00040ACA" w:rsidP="00040ACA">
          <w:pPr>
            <w:pStyle w:val="810653E193AB4128AE4A138C5D978C9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ACDE27C33A49D0B4BF4B8DD155A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900F3-6C08-4E80-AB0D-8BA8F922512F}"/>
      </w:docPartPr>
      <w:docPartBody>
        <w:p w:rsidR="001707BD" w:rsidRDefault="00040ACA" w:rsidP="00040ACA">
          <w:pPr>
            <w:pStyle w:val="1CACDE27C33A49D0B4BF4B8DD155A88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B260D537AE4548A7C21059EB61A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CD3F7-9C6F-477A-B0EA-F076AA53EFFA}"/>
      </w:docPartPr>
      <w:docPartBody>
        <w:p w:rsidR="001707BD" w:rsidRDefault="00040ACA" w:rsidP="00040ACA">
          <w:pPr>
            <w:pStyle w:val="2BB260D537AE4548A7C21059EB61A722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3F04B3640474B96E48703C08F7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4F86D-5ABA-451E-A138-C4E3EEEB087A}"/>
      </w:docPartPr>
      <w:docPartBody>
        <w:p w:rsidR="001707BD" w:rsidRDefault="00040ACA" w:rsidP="00040ACA">
          <w:pPr>
            <w:pStyle w:val="34B3F04B3640474B96E48703C08F7C45"/>
          </w:pPr>
          <w:r w:rsidRPr="005A5DA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6352975C81416CAA058AF732A6A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49955-5BC3-49B6-A656-6333A16DACE0}"/>
      </w:docPartPr>
      <w:docPartBody>
        <w:p w:rsidR="00040ACA" w:rsidRDefault="00040ACA" w:rsidP="00040ACA">
          <w:pPr>
            <w:pStyle w:val="336352975C81416CAA058AF732A6A71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47DF4098474B7C8985DAAB0160C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342B3-AA6C-4B0F-A78A-C1A6B0C5A2BF}"/>
      </w:docPartPr>
      <w:docPartBody>
        <w:p w:rsidR="00040ACA" w:rsidRDefault="00040ACA" w:rsidP="00040ACA">
          <w:pPr>
            <w:pStyle w:val="A147DF4098474B7C8985DAAB0160C5DC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BF66BD0D0548E3B9C8F56C1F7FC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9D625-6DCE-4133-B72E-C53D974F24CE}"/>
      </w:docPartPr>
      <w:docPartBody>
        <w:p w:rsidR="00040ACA" w:rsidRDefault="00040ACA" w:rsidP="00040ACA">
          <w:pPr>
            <w:pStyle w:val="20BF66BD0D0548E3B9C8F56C1F7FC2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631813536B4725973599EBC98B4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FCE7B-8B49-4E0A-85BD-A107A25D1F28}"/>
      </w:docPartPr>
      <w:docPartBody>
        <w:p w:rsidR="00040ACA" w:rsidRDefault="00040ACA" w:rsidP="00040ACA">
          <w:pPr>
            <w:pStyle w:val="AD631813536B4725973599EBC98B454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DB6AEFED5243A797FB9BF070047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D4D19-C6F8-4772-A039-9338AD2051B9}"/>
      </w:docPartPr>
      <w:docPartBody>
        <w:p w:rsidR="00040ACA" w:rsidRDefault="00040ACA" w:rsidP="00040ACA">
          <w:pPr>
            <w:pStyle w:val="51DB6AEFED5243A797FB9BF07004731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7A50895B7743B9A9328B6D71490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5CE9E-2968-40C9-BEAB-D89F44B9CE2C}"/>
      </w:docPartPr>
      <w:docPartBody>
        <w:p w:rsidR="00040ACA" w:rsidRDefault="00040ACA" w:rsidP="00040ACA">
          <w:pPr>
            <w:pStyle w:val="2B7A50895B7743B9A9328B6D71490D20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F2EF8C8E5B4DF9B59ECD903D6DE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D354C-D5B5-4AD2-BC7C-449F4424EBAF}"/>
      </w:docPartPr>
      <w:docPartBody>
        <w:p w:rsidR="00040ACA" w:rsidRDefault="00040ACA" w:rsidP="00040ACA">
          <w:pPr>
            <w:pStyle w:val="B1F2EF8C8E5B4DF9B59ECD903D6DE89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69BCC4F9864BA68DBC70C35E256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55B3A-48B9-4A0F-BBF1-FB59C944CC4E}"/>
      </w:docPartPr>
      <w:docPartBody>
        <w:p w:rsidR="00040ACA" w:rsidRDefault="00040ACA" w:rsidP="00040ACA">
          <w:pPr>
            <w:pStyle w:val="2E69BCC4F9864BA68DBC70C35E2566D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60F78721B454DAC7CBEB4153D7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2CEE0-D1DB-41D0-87C1-2A49C81C63F2}"/>
      </w:docPartPr>
      <w:docPartBody>
        <w:p w:rsidR="00040ACA" w:rsidRDefault="00040ACA" w:rsidP="00040ACA">
          <w:pPr>
            <w:pStyle w:val="EB160F78721B454DAC7CBEB4153D7FC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3BEA6A51D5487CBD1B82E03576F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936C5-6D25-477B-9E30-77BEDDC57A2C}"/>
      </w:docPartPr>
      <w:docPartBody>
        <w:p w:rsidR="00040ACA" w:rsidRDefault="00040ACA" w:rsidP="00040ACA">
          <w:pPr>
            <w:pStyle w:val="A03BEA6A51D5487CBD1B82E03576FDCF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82CFFD17D14F9392355130C2C35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32EE1-9C6E-46DF-9B0B-30208F54AEDE}"/>
      </w:docPartPr>
      <w:docPartBody>
        <w:p w:rsidR="00040ACA" w:rsidRDefault="00040ACA" w:rsidP="00040ACA">
          <w:pPr>
            <w:pStyle w:val="E982CFFD17D14F9392355130C2C35F1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1F73EA9C90418883AB84EBB054D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1EB37-9516-4BCD-9E8D-3179E4028FCB}"/>
      </w:docPartPr>
      <w:docPartBody>
        <w:p w:rsidR="00040ACA" w:rsidRDefault="00040ACA" w:rsidP="00040ACA">
          <w:pPr>
            <w:pStyle w:val="C21F73EA9C90418883AB84EBB054DC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9508E39F9745DD98FE893ECD8B5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FDEB1-0D58-43F4-9AD0-903E60E23E32}"/>
      </w:docPartPr>
      <w:docPartBody>
        <w:p w:rsidR="00040ACA" w:rsidRDefault="00040ACA" w:rsidP="00040ACA">
          <w:pPr>
            <w:pStyle w:val="059508E39F9745DD98FE893ECD8B52B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E23156D704F2082EEB4B2702C8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32552-5F81-4DD8-98F0-63EE8A8EE673}"/>
      </w:docPartPr>
      <w:docPartBody>
        <w:p w:rsidR="00040ACA" w:rsidRDefault="00040ACA" w:rsidP="00040ACA">
          <w:pPr>
            <w:pStyle w:val="C6CE23156D704F2082EEB4B2702C8BA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A92655E7484C72B959CCD12CCDB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3B547-DED5-47A1-AC23-881F551AB667}"/>
      </w:docPartPr>
      <w:docPartBody>
        <w:p w:rsidR="00040ACA" w:rsidRDefault="00040ACA" w:rsidP="00040ACA">
          <w:pPr>
            <w:pStyle w:val="D6A92655E7484C72B959CCD12CCDB3D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975168F5AE47A0855A81AD56879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55035-4F44-417C-BDAA-AB50783479C8}"/>
      </w:docPartPr>
      <w:docPartBody>
        <w:p w:rsidR="00040ACA" w:rsidRDefault="00040ACA" w:rsidP="00040ACA">
          <w:pPr>
            <w:pStyle w:val="9C975168F5AE47A0855A81AD56879844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087B10D42CF4ADFAF219769437A4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5ED8E-A045-47EA-9CBA-854499A63B59}"/>
      </w:docPartPr>
      <w:docPartBody>
        <w:p w:rsidR="00040ACA" w:rsidRDefault="00040ACA" w:rsidP="00040ACA">
          <w:pPr>
            <w:pStyle w:val="C087B10D42CF4ADFAF219769437A402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F1F4CD70E74D268A899A95690A0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18FA9-64EE-4E7B-BBEF-FC3D529C3558}"/>
      </w:docPartPr>
      <w:docPartBody>
        <w:p w:rsidR="00040ACA" w:rsidRDefault="00040ACA" w:rsidP="00040ACA">
          <w:pPr>
            <w:pStyle w:val="8BF1F4CD70E74D268A899A95690A022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B18B9A38924E35A31352645064F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6D271-D6A6-4D8C-A2ED-D718F327F927}"/>
      </w:docPartPr>
      <w:docPartBody>
        <w:p w:rsidR="00040ACA" w:rsidRDefault="00040ACA" w:rsidP="00040ACA">
          <w:pPr>
            <w:pStyle w:val="EAB18B9A38924E35A31352645064F4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CE229CBB56448093E206192ADEB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4849C-607C-4D8E-84B4-26F5AA922A6A}"/>
      </w:docPartPr>
      <w:docPartBody>
        <w:p w:rsidR="00040ACA" w:rsidRDefault="00040ACA" w:rsidP="00040ACA">
          <w:pPr>
            <w:pStyle w:val="9ECE229CBB56448093E206192ADEB9C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A6BDCD2A84860A81B30E25BEEE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81857-083A-41C4-9362-8545C7C3E254}"/>
      </w:docPartPr>
      <w:docPartBody>
        <w:p w:rsidR="00040ACA" w:rsidRDefault="00040ACA" w:rsidP="00040ACA">
          <w:pPr>
            <w:pStyle w:val="909A6BDCD2A84860A81B30E25BEEE8E8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067309E19B24F55814832404EEA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35361-9258-4CD0-87E6-49B0312E5003}"/>
      </w:docPartPr>
      <w:docPartBody>
        <w:p w:rsidR="00040ACA" w:rsidRDefault="00040ACA" w:rsidP="00040ACA">
          <w:pPr>
            <w:pStyle w:val="F067309E19B24F55814832404EEAC7C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FC6C6984324778BADD873CDA160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91358-556E-400C-8AD5-0F01C75D738C}"/>
      </w:docPartPr>
      <w:docPartBody>
        <w:p w:rsidR="00040ACA" w:rsidRDefault="00040ACA" w:rsidP="00040ACA">
          <w:pPr>
            <w:pStyle w:val="9AFC6C6984324778BADD873CDA160A6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C15635D2E48B8A0050A223B3CB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565B0-7A08-4A0F-9640-C2549625BE7D}"/>
      </w:docPartPr>
      <w:docPartBody>
        <w:p w:rsidR="00040ACA" w:rsidRDefault="00040ACA" w:rsidP="00040ACA">
          <w:pPr>
            <w:pStyle w:val="DB0C15635D2E48B8A0050A223B3CB9E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177B2E19B3465EA12224F2D1D6E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E8C61-F805-414C-97A1-2E65C397C96B}"/>
      </w:docPartPr>
      <w:docPartBody>
        <w:p w:rsidR="00040ACA" w:rsidRDefault="00040ACA" w:rsidP="00040ACA">
          <w:pPr>
            <w:pStyle w:val="06177B2E19B3465EA12224F2D1D6E63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3795117B94F0BA99796ACAD32A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75E02-1366-4E28-8BCF-9C9150273665}"/>
      </w:docPartPr>
      <w:docPartBody>
        <w:p w:rsidR="00040ACA" w:rsidRDefault="00040ACA" w:rsidP="00040ACA">
          <w:pPr>
            <w:pStyle w:val="5E03795117B94F0BA99796ACAD32A0DA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696CD9D7EA4D53A38A7122FF0F5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26033-6423-4582-A7C9-BB55864E96DC}"/>
      </w:docPartPr>
      <w:docPartBody>
        <w:p w:rsidR="00040ACA" w:rsidRDefault="00040ACA" w:rsidP="00040ACA">
          <w:pPr>
            <w:pStyle w:val="3C696CD9D7EA4D53A38A7122FF0F5D2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4E6195E08B4431981F541BC861B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DDD57-37D5-4BFA-BFAB-3F9D67CE4211}"/>
      </w:docPartPr>
      <w:docPartBody>
        <w:p w:rsidR="00040ACA" w:rsidRDefault="00040ACA" w:rsidP="00040ACA">
          <w:pPr>
            <w:pStyle w:val="E44E6195E08B4431981F541BC861BC8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A31A02A1764F8E95CDD615093FD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1D986-3D13-4171-98AB-922961FD8D72}"/>
      </w:docPartPr>
      <w:docPartBody>
        <w:p w:rsidR="00040ACA" w:rsidRDefault="00040ACA" w:rsidP="00040ACA">
          <w:pPr>
            <w:pStyle w:val="65A31A02A1764F8E95CDD615093FD5DA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972144EC384D448D57FE095053B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53E67-2762-47FB-B4CD-607E33EE816D}"/>
      </w:docPartPr>
      <w:docPartBody>
        <w:p w:rsidR="00040ACA" w:rsidRDefault="00040ACA" w:rsidP="00040ACA">
          <w:pPr>
            <w:pStyle w:val="B6972144EC384D448D57FE095053B8C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11FD4175B54FB3966659938CB58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F749B-4B26-463C-BB4C-46683B3FE1B1}"/>
      </w:docPartPr>
      <w:docPartBody>
        <w:p w:rsidR="00040ACA" w:rsidRDefault="00040ACA" w:rsidP="00040ACA">
          <w:pPr>
            <w:pStyle w:val="6211FD4175B54FB3966659938CB584FB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9E8F7914B3A4132BC8AE05EEA0B4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5AFA3-7663-40DA-A16E-72EB646324BF}"/>
      </w:docPartPr>
      <w:docPartBody>
        <w:p w:rsidR="00040ACA" w:rsidRDefault="00040ACA" w:rsidP="00040ACA">
          <w:pPr>
            <w:pStyle w:val="49E8F7914B3A4132BC8AE05EEA0B440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D43452BA34491BB112C4B5BB96C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4A111-52F9-4B3D-BF15-BD85941137A3}"/>
      </w:docPartPr>
      <w:docPartBody>
        <w:p w:rsidR="00040ACA" w:rsidRDefault="00040ACA" w:rsidP="00040ACA">
          <w:pPr>
            <w:pStyle w:val="55D43452BA34491BB112C4B5BB96C3A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EBF7AB3DA8407CAD10E450F73E9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952A4-7E10-48C3-AD7C-A9747EEEC982}"/>
      </w:docPartPr>
      <w:docPartBody>
        <w:p w:rsidR="00040ACA" w:rsidRDefault="00040ACA" w:rsidP="00040ACA">
          <w:pPr>
            <w:pStyle w:val="FBEBF7AB3DA8407CAD10E450F73E917E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E671E6CA242A6A7CC88152802E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2AC8C-9506-42CB-8C28-0DB028455400}"/>
      </w:docPartPr>
      <w:docPartBody>
        <w:p w:rsidR="00040ACA" w:rsidRDefault="00040ACA" w:rsidP="00040ACA">
          <w:pPr>
            <w:pStyle w:val="787E671E6CA242A6A7CC88152802E8B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31D815EFCB432BBED53E12D684B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75E2E-81C2-4157-9665-B67DFDF287B7}"/>
      </w:docPartPr>
      <w:docPartBody>
        <w:p w:rsidR="00040ACA" w:rsidRDefault="00040ACA" w:rsidP="00040ACA">
          <w:pPr>
            <w:pStyle w:val="4431D815EFCB432BBED53E12D684BD7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5B367AC8A6F4CE29549B22B47082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42F81-AB73-4710-8944-656D7E8EC4EC}"/>
      </w:docPartPr>
      <w:docPartBody>
        <w:p w:rsidR="00040ACA" w:rsidRDefault="00040ACA" w:rsidP="00040ACA">
          <w:pPr>
            <w:pStyle w:val="F5B367AC8A6F4CE29549B22B4708224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CDD2D7FA444FBBAA00E2A0357A7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74483-422D-494A-915E-A42F6957F3B7}"/>
      </w:docPartPr>
      <w:docPartBody>
        <w:p w:rsidR="00040ACA" w:rsidRDefault="00040ACA" w:rsidP="00040ACA">
          <w:pPr>
            <w:pStyle w:val="EECDD2D7FA444FBBAA00E2A0357A7C1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C9A3804C604E4E8D8727B7E70C3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C0FF3-1555-4C2C-B0B5-B05DC2950A7E}"/>
      </w:docPartPr>
      <w:docPartBody>
        <w:p w:rsidR="00040ACA" w:rsidRDefault="00040ACA" w:rsidP="00040ACA">
          <w:pPr>
            <w:pStyle w:val="E8C9A3804C604E4E8D8727B7E70C320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08158E497E4FC2933B9F8CC25D2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F345A-0C9F-4AB9-AF32-089A6524A855}"/>
      </w:docPartPr>
      <w:docPartBody>
        <w:p w:rsidR="00040ACA" w:rsidRDefault="00040ACA" w:rsidP="00040ACA">
          <w:pPr>
            <w:pStyle w:val="0408158E497E4FC2933B9F8CC25D2BFB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49B37CFC64B08BC7D484982C7C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1ED13-271E-411D-98A1-5731122DF0AB}"/>
      </w:docPartPr>
      <w:docPartBody>
        <w:p w:rsidR="00040ACA" w:rsidRDefault="00040ACA" w:rsidP="00040ACA">
          <w:pPr>
            <w:pStyle w:val="8F049B37CFC64B08BC7D484982C7CA6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2A77961A374E44A111E751E0343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45D71-6821-4647-A15B-F427DD41FB52}"/>
      </w:docPartPr>
      <w:docPartBody>
        <w:p w:rsidR="00040ACA" w:rsidRDefault="00040ACA" w:rsidP="00040ACA">
          <w:pPr>
            <w:pStyle w:val="C42A77961A374E44A111E751E0343D6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FD080CBC4484B89DC00054AC8E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7DBAD-6A73-40FE-915D-C1B7A4BF347C}"/>
      </w:docPartPr>
      <w:docPartBody>
        <w:p w:rsidR="00040ACA" w:rsidRDefault="00040ACA" w:rsidP="00040ACA">
          <w:pPr>
            <w:pStyle w:val="C1EFD080CBC4484B89DC00054AC8EBA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EC99F350054D298C24D0C2A5F70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7F0E3-2AEB-437B-A9FE-CC6FF49CA1DF}"/>
      </w:docPartPr>
      <w:docPartBody>
        <w:p w:rsidR="00040ACA" w:rsidRDefault="00040ACA" w:rsidP="00040ACA">
          <w:pPr>
            <w:pStyle w:val="02EC99F350054D298C24D0C2A5F7067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5520007DE7402B83778B7917BAF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32CB0-BF8E-4D41-BFFA-1547B43B70B7}"/>
      </w:docPartPr>
      <w:docPartBody>
        <w:p w:rsidR="00040ACA" w:rsidRDefault="00040ACA" w:rsidP="00040ACA">
          <w:pPr>
            <w:pStyle w:val="E75520007DE7402B83778B7917BAF376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751614FA1B4F17BF063759594FB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F7FE5-AD33-47A6-A829-CDDDA3890FC0}"/>
      </w:docPartPr>
      <w:docPartBody>
        <w:p w:rsidR="00040ACA" w:rsidRDefault="00040ACA" w:rsidP="00040ACA">
          <w:pPr>
            <w:pStyle w:val="13751614FA1B4F17BF063759594FB3A9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7436BD6D72420DB9B2D9CA78B04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747DA-764B-4DE9-BB47-198A64189DBE}"/>
      </w:docPartPr>
      <w:docPartBody>
        <w:p w:rsidR="00040ACA" w:rsidRDefault="00040ACA" w:rsidP="00040ACA">
          <w:pPr>
            <w:pStyle w:val="A97436BD6D72420DB9B2D9CA78B04E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C7C42B41D543269DB181611C778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BAA19-1781-4DB0-95B6-A85680D3AC32}"/>
      </w:docPartPr>
      <w:docPartBody>
        <w:p w:rsidR="00040ACA" w:rsidRDefault="00040ACA" w:rsidP="00040ACA">
          <w:pPr>
            <w:pStyle w:val="F7C7C42B41D543269DB181611C77813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1CD5440252499BA86C8A6F63CB9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832F7-4D33-48A3-B2CC-922D01D822FF}"/>
      </w:docPartPr>
      <w:docPartBody>
        <w:p w:rsidR="00040ACA" w:rsidRDefault="00040ACA" w:rsidP="00040ACA">
          <w:pPr>
            <w:pStyle w:val="5C1CD5440252499BA86C8A6F63CB9170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55D7F9BA7C4368B8BD51D73EBCEC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C2146E-E288-4AF5-B2A4-31B8061B17F9}"/>
      </w:docPartPr>
      <w:docPartBody>
        <w:p w:rsidR="00040ACA" w:rsidRDefault="00040ACA" w:rsidP="00040ACA">
          <w:pPr>
            <w:pStyle w:val="7855D7F9BA7C4368B8BD51D73EBCECE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4A737A19A34609A74D36CF92A61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FBA3C-A7D5-4177-BF98-DC854222E5CD}"/>
      </w:docPartPr>
      <w:docPartBody>
        <w:p w:rsidR="00040ACA" w:rsidRDefault="00040ACA" w:rsidP="00040ACA">
          <w:pPr>
            <w:pStyle w:val="524A737A19A34609A74D36CF92A611B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C5157422384474ACA5F89609A50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DAA7C-1120-414D-B666-9222CCF978D7}"/>
      </w:docPartPr>
      <w:docPartBody>
        <w:p w:rsidR="00040ACA" w:rsidRDefault="00040ACA" w:rsidP="00040ACA">
          <w:pPr>
            <w:pStyle w:val="28C5157422384474ACA5F89609A500F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25B691617C4F1DA7F564436834F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9D915-67F7-4965-BE3B-3AC10A72AA46}"/>
      </w:docPartPr>
      <w:docPartBody>
        <w:p w:rsidR="00040ACA" w:rsidRDefault="00040ACA" w:rsidP="00040ACA">
          <w:pPr>
            <w:pStyle w:val="3825B691617C4F1DA7F564436834FDD6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CDAD6C1BE2460FB35579CB651C8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26386-ADD4-4357-82C6-0B35E1DA593E}"/>
      </w:docPartPr>
      <w:docPartBody>
        <w:p w:rsidR="00040ACA" w:rsidRDefault="00040ACA" w:rsidP="00040ACA">
          <w:pPr>
            <w:pStyle w:val="89CDAD6C1BE2460FB35579CB651C87B3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5D2079B13047BCBB15E06696C54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F0317-DEE4-4CCF-8B90-98BB73775527}"/>
      </w:docPartPr>
      <w:docPartBody>
        <w:p w:rsidR="00040ACA" w:rsidRDefault="00040ACA" w:rsidP="00040ACA">
          <w:pPr>
            <w:pStyle w:val="375D2079B13047BCBB15E06696C54F8C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DE5E35C57248F0A0AE80E9F76CB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E07EE-CE15-4126-85F7-CE4C914D1EDA}"/>
      </w:docPartPr>
      <w:docPartBody>
        <w:p w:rsidR="00040ACA" w:rsidRDefault="00040ACA" w:rsidP="00040ACA">
          <w:pPr>
            <w:pStyle w:val="90DE5E35C57248F0A0AE80E9F76CBF7F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3549376FD0485F8C7E6D4ED9A62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36F2B-18EB-4522-B7A7-508AFDA383A6}"/>
      </w:docPartPr>
      <w:docPartBody>
        <w:p w:rsidR="00040ACA" w:rsidRDefault="00040ACA" w:rsidP="00040ACA">
          <w:pPr>
            <w:pStyle w:val="573549376FD0485F8C7E6D4ED9A62683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0908EC9CDB466795FAEE640A67D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62D8B-EBDD-4ECE-854E-BBA612E54933}"/>
      </w:docPartPr>
      <w:docPartBody>
        <w:p w:rsidR="00040ACA" w:rsidRDefault="00040ACA" w:rsidP="00040ACA">
          <w:pPr>
            <w:pStyle w:val="880908EC9CDB466795FAEE640A67D36E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03124128F04B3B93884F0B05E47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660D2-A4E6-4FC6-B09B-FEEEE4BD5D50}"/>
      </w:docPartPr>
      <w:docPartBody>
        <w:p w:rsidR="00040ACA" w:rsidRDefault="00040ACA" w:rsidP="00040ACA">
          <w:pPr>
            <w:pStyle w:val="0A03124128F04B3B93884F0B05E4771A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A43F350B2D4145AF67C83464556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010-48FD-4FBF-BB21-4063F2782E47}"/>
      </w:docPartPr>
      <w:docPartBody>
        <w:p w:rsidR="00040ACA" w:rsidRDefault="00040ACA" w:rsidP="00040ACA">
          <w:pPr>
            <w:pStyle w:val="62A43F350B2D4145AF67C8346455644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CA662154994606BAD2F2503FA0C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0A41D-E5E7-42ED-A910-A4007C6661B4}"/>
      </w:docPartPr>
      <w:docPartBody>
        <w:p w:rsidR="00040ACA" w:rsidRDefault="00040ACA" w:rsidP="00040ACA">
          <w:pPr>
            <w:pStyle w:val="71CA662154994606BAD2F2503FA0C68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274BE9C5B443D1A17726A70BA5B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AD37A-8CFF-4917-ABD8-ADFA6F500C9D}"/>
      </w:docPartPr>
      <w:docPartBody>
        <w:p w:rsidR="00040ACA" w:rsidRDefault="00040ACA" w:rsidP="00040ACA">
          <w:pPr>
            <w:pStyle w:val="1A274BE9C5B443D1A17726A70BA5BE88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85D69D22F3414FAD9887B991D52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42DBD-C90B-465A-9E20-72A75B9F0EF4}"/>
      </w:docPartPr>
      <w:docPartBody>
        <w:p w:rsidR="00040ACA" w:rsidRDefault="00040ACA" w:rsidP="00040ACA">
          <w:pPr>
            <w:pStyle w:val="A085D69D22F3414FAD9887B991D529C1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A8EE97B386410C844936E28D441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84E1B-48B9-4C76-9BFA-EFEB80D157B4}"/>
      </w:docPartPr>
      <w:docPartBody>
        <w:p w:rsidR="00040ACA" w:rsidRDefault="00040ACA" w:rsidP="00040ACA">
          <w:pPr>
            <w:pStyle w:val="B1A8EE97B386410C844936E28D4417C0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87EC9F905348D79E92A3ABA4FFF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BE4D7-E148-4CE8-9491-F28F481FAD11}"/>
      </w:docPartPr>
      <w:docPartBody>
        <w:p w:rsidR="00040ACA" w:rsidRDefault="00040ACA" w:rsidP="00040ACA">
          <w:pPr>
            <w:pStyle w:val="4787EC9F905348D79E92A3ABA4FFFD9E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DBBDD355C841188200BD8B5ABE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F9E12-A2DC-4D20-915C-673ACF46F8C0}"/>
      </w:docPartPr>
      <w:docPartBody>
        <w:p w:rsidR="00040ACA" w:rsidRDefault="00040ACA" w:rsidP="00040ACA">
          <w:pPr>
            <w:pStyle w:val="CEDBBDD355C841188200BD8B5ABE2DA3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8EF480CCC844ADA184B2E6B7C3B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9C74C-F9F3-45BB-B577-35FD8DAD2EA4}"/>
      </w:docPartPr>
      <w:docPartBody>
        <w:p w:rsidR="00040ACA" w:rsidRDefault="00040ACA" w:rsidP="00040ACA">
          <w:pPr>
            <w:pStyle w:val="AD8EF480CCC844ADA184B2E6B7C3B785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37D1C596474FE99AC19878179A4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1CD1E-476C-482A-BF64-A20062F90F78}"/>
      </w:docPartPr>
      <w:docPartBody>
        <w:p w:rsidR="00945C71" w:rsidRDefault="00040ACA" w:rsidP="00040ACA">
          <w:pPr>
            <w:pStyle w:val="7737D1C596474FE99AC19878179A44F9"/>
          </w:pPr>
          <w:r w:rsidRPr="001544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96C4DC20A6436BA520AFE7525CF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A4CBF-D815-4A28-B342-267DF494359D}"/>
      </w:docPartPr>
      <w:docPartBody>
        <w:p w:rsidR="00945C71" w:rsidRDefault="00040ACA" w:rsidP="00040ACA">
          <w:pPr>
            <w:pStyle w:val="0896C4DC20A6436BA520AFE7525CF8AA"/>
          </w:pPr>
          <w:r w:rsidRPr="001544A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C8331B8BA4E2D9974F9851F2EA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B5067-1026-4541-9C09-808EA7410F2C}"/>
      </w:docPartPr>
      <w:docPartBody>
        <w:p w:rsidR="00945C71" w:rsidRDefault="00040ACA" w:rsidP="00040ACA">
          <w:pPr>
            <w:pStyle w:val="930C8331B8BA4E2D9974F9851F2EA62A"/>
          </w:pPr>
          <w:r w:rsidRPr="001544A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0ACA"/>
    <w:rsid w:val="00041DFE"/>
    <w:rsid w:val="000C6124"/>
    <w:rsid w:val="001707BD"/>
    <w:rsid w:val="003651DD"/>
    <w:rsid w:val="004161F5"/>
    <w:rsid w:val="004801B2"/>
    <w:rsid w:val="005A051B"/>
    <w:rsid w:val="005C52E8"/>
    <w:rsid w:val="006239E1"/>
    <w:rsid w:val="00667F4B"/>
    <w:rsid w:val="006D0099"/>
    <w:rsid w:val="006E4259"/>
    <w:rsid w:val="00775F54"/>
    <w:rsid w:val="007F74AB"/>
    <w:rsid w:val="00945C71"/>
    <w:rsid w:val="009A5C93"/>
    <w:rsid w:val="00B302C0"/>
    <w:rsid w:val="00BC3393"/>
    <w:rsid w:val="00BD0B7C"/>
    <w:rsid w:val="00DB3504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0ACA"/>
    <w:rPr>
      <w:color w:val="666666"/>
    </w:rPr>
  </w:style>
  <w:style w:type="paragraph" w:customStyle="1" w:styleId="1734C0B0E50C4165979C1D1CD6EF5118">
    <w:name w:val="1734C0B0E50C4165979C1D1CD6EF511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EFE74F2D8745C0A1AFE793A758D0A0">
    <w:name w:val="00EFE74F2D8745C0A1AFE793A758D0A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37D1C596474FE99AC19878179A44F9">
    <w:name w:val="7737D1C596474FE99AC19878179A44F9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896C4DC20A6436BA520AFE7525CF8AA">
    <w:name w:val="0896C4DC20A6436BA520AFE7525CF8A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0C8331B8BA4E2D9974F9851F2EA62A">
    <w:name w:val="930C8331B8BA4E2D9974F9851F2EA62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BDFBC283534F4BBD2BA4F862ACB451">
    <w:name w:val="8DBDFBC283534F4BBD2BA4F862ACB45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4025CA976E4DFE925F591236339CF2">
    <w:name w:val="544025CA976E4DFE925F591236339CF2"/>
    <w:rsid w:val="003651DD"/>
  </w:style>
  <w:style w:type="paragraph" w:customStyle="1" w:styleId="16EE3227410F4460A6706019F08584BA">
    <w:name w:val="16EE3227410F4460A6706019F08584B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57DE90E5C84495903890F45F572BB4">
    <w:name w:val="E357DE90E5C84495903890F45F572BB4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E4D4EE6CE3494392F89273BA22A710">
    <w:name w:val="95E4D4EE6CE3494392F89273BA22A71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98C9CAFC5D420E879FD99D9DF47313">
    <w:name w:val="1898C9CAFC5D420E879FD99D9DF4731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9A59954FC243C5AE95F389C52E8A15">
    <w:name w:val="479A59954FC243C5AE95F389C52E8A1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60026625B44F3A8F3293627A074977">
    <w:name w:val="8960026625B44F3A8F3293627A074977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292318265E418CBFC736A93ED0CF7D">
    <w:name w:val="53292318265E418CBFC736A93ED0CF7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5915EBF6CA4FF0A6AD89B4BE2ADE6B">
    <w:name w:val="4F5915EBF6CA4FF0A6AD89B4BE2ADE6B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1336DCC7524474BB3A3305E388B72D">
    <w:name w:val="0A1336DCC7524474BB3A3305E388B72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5AC5111F71478F8B918D49899D631A">
    <w:name w:val="485AC5111F71478F8B918D49899D631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F2F0818A104EFEB515B57628C350B5">
    <w:name w:val="93F2F0818A104EFEB515B57628C350B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C3EC3620734AFE88DB392970609F86">
    <w:name w:val="77C3EC3620734AFE88DB392970609F8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B92F44A5874808BF693A8992740FFC">
    <w:name w:val="59B92F44A5874808BF693A8992740FFC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8D7F40F342AFBF061A1834C158E5">
    <w:name w:val="2CFB8D7F40F342AFBF061A1834C158E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D9CFA04C8240A1A670758FE6963C0A">
    <w:name w:val="19D9CFA04C8240A1A670758FE6963C0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0FAF4B33F1480E808CBEA2BB0CCC26">
    <w:name w:val="9D0FAF4B33F1480E808CBEA2BB0CCC2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6352975C81416CAA058AF732A6A716">
    <w:name w:val="336352975C81416CAA058AF732A6A71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47DF4098474B7C8985DAAB0160C5DC">
    <w:name w:val="A147DF4098474B7C8985DAAB0160C5DC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BF66BD0D0548E3B9C8F56C1F7FC251">
    <w:name w:val="20BF66BD0D0548E3B9C8F56C1F7FC25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631813536B4725973599EBC98B454D">
    <w:name w:val="AD631813536B4725973599EBC98B454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1DB6AEFED5243A797FB9BF07004731C">
    <w:name w:val="51DB6AEFED5243A797FB9BF07004731C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7A50895B7743B9A9328B6D71490D20">
    <w:name w:val="2B7A50895B7743B9A9328B6D71490D2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F2EF8C8E5B4DF9B59ECD903D6DE89F">
    <w:name w:val="B1F2EF8C8E5B4DF9B59ECD903D6DE89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69BCC4F9864BA68DBC70C35E2566DD">
    <w:name w:val="2E69BCC4F9864BA68DBC70C35E2566D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160F78721B454DAC7CBEB4153D7FC8">
    <w:name w:val="EB160F78721B454DAC7CBEB4153D7FC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3BEA6A51D5487CBD1B82E03576FDCF">
    <w:name w:val="A03BEA6A51D5487CBD1B82E03576FDC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82CFFD17D14F9392355130C2C35F13">
    <w:name w:val="E982CFFD17D14F9392355130C2C35F1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1F73EA9C90418883AB84EBB054DC82">
    <w:name w:val="C21F73EA9C90418883AB84EBB054DC82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FBE3645B874B5DA6A97A1EDE648988">
    <w:name w:val="D4FBE3645B874B5DA6A97A1EDE64898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95820094F447E6903FF8A5917974BF">
    <w:name w:val="0D95820094F447E6903FF8A5917974B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C3BD7C971F4B709835CABCA8408F48">
    <w:name w:val="87C3BD7C971F4B709835CABCA8408F4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B954F6C93E4E3CAF25ED4D1E9DD080">
    <w:name w:val="B6B954F6C93E4E3CAF25ED4D1E9DD08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8C7854AA73411A97D1218AEE3D54D4">
    <w:name w:val="CF8C7854AA73411A97D1218AEE3D54D4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C7A0E89C9B42AB86638CE4422E2F6D">
    <w:name w:val="CAC7A0E89C9B42AB86638CE4422E2F6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F13B2C2C0DB44DC97A99B1F6C9114C6">
    <w:name w:val="3F13B2C2C0DB44DC97A99B1F6C9114C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F183E1789645268B3FD3C9F15F7DE8">
    <w:name w:val="B3F183E1789645268B3FD3C9F15F7DE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A9AED2723D4C6CB5E02F6E0A9A8B85">
    <w:name w:val="2BA9AED2723D4C6CB5E02F6E0A9A8B8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FF998786BC43F48AD928F9C1041277">
    <w:name w:val="AFFF998786BC43F48AD928F9C1041277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7FE0416A8A4DDE9C513B3F0D77D591">
    <w:name w:val="FD7FE0416A8A4DDE9C513B3F0D77D59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CDED8152A14300AEE6395973E7656B">
    <w:name w:val="62CDED8152A14300AEE6395973E7656B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B88D9436F4498A924ED44C14EEFF73">
    <w:name w:val="AAB88D9436F4498A924ED44C14EEFF7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05FD7613A4B79BDCA0CA971B8598A">
    <w:name w:val="98F05FD7613A4B79BDCA0CA971B8598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10653E193AB4128AE4A138C5D978C99">
    <w:name w:val="810653E193AB4128AE4A138C5D978C99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ACDE27C33A49D0B4BF4B8DD155A883">
    <w:name w:val="1CACDE27C33A49D0B4BF4B8DD155A88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B260D537AE4548A7C21059EB61A722">
    <w:name w:val="2BB260D537AE4548A7C21059EB61A722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B3F04B3640474B96E48703C08F7C45">
    <w:name w:val="34B3F04B3640474B96E48703C08F7C4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106B1453BD4F67BF63B7C3B463E978">
    <w:name w:val="5E106B1453BD4F67BF63B7C3B463E97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7F05445494B0BAC1500946C3B12E4">
    <w:name w:val="D607F05445494B0BAC1500946C3B12E4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F3B7DE2F8D4D4F891158D9B04F63AD">
    <w:name w:val="18F3B7DE2F8D4D4F891158D9B04F63A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F5AD484C9A444598540556BC8B2BA7">
    <w:name w:val="E7F5AD484C9A444598540556BC8B2BA7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B400469BBC4934A85AA102FC6B7BF4">
    <w:name w:val="46B400469BBC4934A85AA102FC6B7BF4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44F120EF504B9D87279119751C30A3">
    <w:name w:val="1B44F120EF504B9D87279119751C30A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1B6815A47640368EF06E4616CB25F5">
    <w:name w:val="A31B6815A47640368EF06E4616CB25F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DF82CD6004F83A1245C5809E10E0C">
    <w:name w:val="D65DF82CD6004F83A1245C5809E10E0C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1F05B5CD7A4FC2A2F6127494FC9E2F">
    <w:name w:val="A61F05B5CD7A4FC2A2F6127494FC9E2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C3D4A0FCC94CF9A02A26AD5845B794">
    <w:name w:val="CDC3D4A0FCC94CF9A02A26AD5845B794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59508E39F9745DD98FE893ECD8B52BD">
    <w:name w:val="059508E39F9745DD98FE893ECD8B52B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E23156D704F2082EEB4B2702C8BA2">
    <w:name w:val="C6CE23156D704F2082EEB4B2702C8BA2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D6A92655E7484C72B959CCD12CCDB3D0">
    <w:name w:val="D6A92655E7484C72B959CCD12CCDB3D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975168F5AE47A0855A81AD56879844">
    <w:name w:val="9C975168F5AE47A0855A81AD56879844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87B10D42CF4ADFAF219769437A4028">
    <w:name w:val="C087B10D42CF4ADFAF219769437A402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F1F4CD70E74D268A899A95690A022A">
    <w:name w:val="8BF1F4CD70E74D268A899A95690A022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B18B9A38924E35A31352645064F4E2">
    <w:name w:val="EAB18B9A38924E35A31352645064F4E2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ECE229CBB56448093E206192ADEB9C3">
    <w:name w:val="9ECE229CBB56448093E206192ADEB9C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9A6BDCD2A84860A81B30E25BEEE8E8">
    <w:name w:val="909A6BDCD2A84860A81B30E25BEEE8E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067309E19B24F55814832404EEAC7C7">
    <w:name w:val="F067309E19B24F55814832404EEAC7C7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B4B76762754359A4C03A746FAC91A2">
    <w:name w:val="D5B4B76762754359A4C03A746FAC91A2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EB36B29EB94A7498130424C198C46E">
    <w:name w:val="9BEB36B29EB94A7498130424C198C46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4BDE126E234E62BD86E06E385071BC">
    <w:name w:val="914BDE126E234E62BD86E06E385071BC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28960A443142C2B3B21E345BABA205">
    <w:name w:val="9328960A443142C2B3B21E345BABA20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6919BD3B3A4FF3AC9F4BD105C4573E">
    <w:name w:val="776919BD3B3A4FF3AC9F4BD105C4573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FC6C6984324778BADD873CDA160A6B">
    <w:name w:val="9AFC6C6984324778BADD873CDA160A6B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0C15635D2E48B8A0050A223B3CB9E1">
    <w:name w:val="DB0C15635D2E48B8A0050A223B3CB9E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177B2E19B3465EA12224F2D1D6E63B">
    <w:name w:val="06177B2E19B3465EA12224F2D1D6E63B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03795117B94F0BA99796ACAD32A0DA">
    <w:name w:val="5E03795117B94F0BA99796ACAD32A0D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696CD9D7EA4D53A38A7122FF0F5D2F">
    <w:name w:val="3C696CD9D7EA4D53A38A7122FF0F5D2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4E6195E08B4431981F541BC861BC8F">
    <w:name w:val="E44E6195E08B4431981F541BC861BC8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A31A02A1764F8E95CDD615093FD5DA">
    <w:name w:val="65A31A02A1764F8E95CDD615093FD5D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972144EC384D448D57FE095053B8C4">
    <w:name w:val="B6972144EC384D448D57FE095053B8C4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11FD4175B54FB3966659938CB584FB">
    <w:name w:val="6211FD4175B54FB3966659938CB584FB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E8F7914B3A4132BC8AE05EEA0B4407">
    <w:name w:val="49E8F7914B3A4132BC8AE05EEA0B4407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D43452BA34491BB112C4B5BB96C3AA">
    <w:name w:val="55D43452BA34491BB112C4B5BB96C3A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EBF7AB3DA8407CAD10E450F73E917E">
    <w:name w:val="FBEBF7AB3DA8407CAD10E450F73E917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7E671E6CA242A6A7CC88152802E8B8">
    <w:name w:val="787E671E6CA242A6A7CC88152802E8B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31D815EFCB432BBED53E12D684BD71">
    <w:name w:val="4431D815EFCB432BBED53E12D684BD7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B367AC8A6F4CE29549B22B4708224A">
    <w:name w:val="F5B367AC8A6F4CE29549B22B4708224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CFB9C1AC9D4839ABCED80D73E5E142">
    <w:name w:val="8BCFB9C1AC9D4839ABCED80D73E5E142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A77B9B51824BC0B08E6A136990FE80">
    <w:name w:val="CCA77B9B51824BC0B08E6A136990FE8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5299D04524608BA2E32D58C412F83">
    <w:name w:val="9A55299D04524608BA2E32D58C412F8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8EE46B17194A198967536CF7F6B036">
    <w:name w:val="3A8EE46B17194A198967536CF7F6B03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294CA3D5B540E08F82698A028B2D3A">
    <w:name w:val="10294CA3D5B540E08F82698A028B2D3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CDD2D7FA444FBBAA00E2A0357A7C10">
    <w:name w:val="EECDD2D7FA444FBBAA00E2A0357A7C1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C9A3804C604E4E8D8727B7E70C3204">
    <w:name w:val="E8C9A3804C604E4E8D8727B7E70C3204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08158E497E4FC2933B9F8CC25D2BFB">
    <w:name w:val="0408158E497E4FC2933B9F8CC25D2BFB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049B37CFC64B08BC7D484982C7CA6C">
    <w:name w:val="8F049B37CFC64B08BC7D484982C7CA6C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2A77961A374E44A111E751E0343D66">
    <w:name w:val="C42A77961A374E44A111E751E0343D6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EFD080CBC4484B89DC00054AC8EBA8">
    <w:name w:val="C1EFD080CBC4484B89DC00054AC8EBA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EC99F350054D298C24D0C2A5F70675">
    <w:name w:val="02EC99F350054D298C24D0C2A5F7067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5520007DE7402B83778B7917BAF376">
    <w:name w:val="E75520007DE7402B83778B7917BAF37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751614FA1B4F17BF063759594FB3A9">
    <w:name w:val="13751614FA1B4F17BF063759594FB3A9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7436BD6D72420DB9B2D9CA78B04E92">
    <w:name w:val="A97436BD6D72420DB9B2D9CA78B04E92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C7C42B41D543269DB181611C778137">
    <w:name w:val="F7C7C42B41D543269DB181611C778137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1CD5440252499BA86C8A6F63CB9170">
    <w:name w:val="5C1CD5440252499BA86C8A6F63CB917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55D7F9BA7C4368B8BD51D73EBCECE3">
    <w:name w:val="7855D7F9BA7C4368B8BD51D73EBCECE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4A737A19A34609A74D36CF92A611B8">
    <w:name w:val="524A737A19A34609A74D36CF92A611B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5157422384474ACA5F89609A500F8">
    <w:name w:val="28C5157422384474ACA5F89609A500F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00A6D8081F4C7B8F02074AFCDCCF28">
    <w:name w:val="3400A6D8081F4C7B8F02074AFCDCCF2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64BF46CFB54E30B2400DA28D9D0C97">
    <w:name w:val="4A64BF46CFB54E30B2400DA28D9D0C97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6434D49B2F4D9EAA987990248B418E">
    <w:name w:val="E36434D49B2F4D9EAA987990248B418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F4A0DBEE4ACD9D850457BB24FA0F">
    <w:name w:val="2CFBF4A0DBEE4ACD9D850457BB24FA0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91FE338EE244DC81FCB3133A8C7EA3">
    <w:name w:val="8991FE338EE244DC81FCB3133A8C7EA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0B7AE5C4BC4E6A8219612CAB1B9C03">
    <w:name w:val="170B7AE5C4BC4E6A8219612CAB1B9C0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25B691617C4F1DA7F564436834FDD6">
    <w:name w:val="3825B691617C4F1DA7F564436834FDD6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CDAD6C1BE2460FB35579CB651C87B3">
    <w:name w:val="89CDAD6C1BE2460FB35579CB651C87B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5D2079B13047BCBB15E06696C54F8C">
    <w:name w:val="375D2079B13047BCBB15E06696C54F8C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DE5E35C57248F0A0AE80E9F76CBF7F">
    <w:name w:val="90DE5E35C57248F0A0AE80E9F76CBF7F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549376FD0485F8C7E6D4ED9A62683">
    <w:name w:val="573549376FD0485F8C7E6D4ED9A6268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0908EC9CDB466795FAEE640A67D36E">
    <w:name w:val="880908EC9CDB466795FAEE640A67D36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C6C4AEBF7B41AFB193F7D7AC8B5E39">
    <w:name w:val="D2C6C4AEBF7B41AFB193F7D7AC8B5E39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B12B4C8CB41F0BF158B32F26B7039">
    <w:name w:val="A26B12B4C8CB41F0BF158B32F26B7039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64C370B4AF476EB8735BCFD3AC2A27">
    <w:name w:val="2064C370B4AF476EB8735BCFD3AC2A27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6021EA42E64535BB1819C78688F571">
    <w:name w:val="966021EA42E64535BB1819C78688F57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5EB44F493F4126B09ED545717FC05E">
    <w:name w:val="175EB44F493F4126B09ED545717FC05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BFE4E7AE0943D8BE78CE204FE6458E">
    <w:name w:val="1BBFE4E7AE0943D8BE78CE204FE6458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3124128F04B3B93884F0B05E4771A">
    <w:name w:val="0A03124128F04B3B93884F0B05E4771A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A43F350B2D4145AF67C83464556441">
    <w:name w:val="62A43F350B2D4145AF67C8346455644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A662154994606BAD2F2503FA0C681">
    <w:name w:val="71CA662154994606BAD2F2503FA0C68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274BE9C5B443D1A17726A70BA5BE88">
    <w:name w:val="1A274BE9C5B443D1A17726A70BA5BE88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85D69D22F3414FAD9887B991D529C1">
    <w:name w:val="A085D69D22F3414FAD9887B991D529C1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A8EE97B386410C844936E28D4417C0">
    <w:name w:val="B1A8EE97B386410C844936E28D4417C0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87EC9F905348D79E92A3ABA4FFFD9E">
    <w:name w:val="4787EC9F905348D79E92A3ABA4FFFD9E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DBBDD355C841188200BD8B5ABE2DA3">
    <w:name w:val="CEDBBDD355C841188200BD8B5ABE2DA3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8EF480CCC844ADA184B2E6B7C3B785">
    <w:name w:val="AD8EF480CCC844ADA184B2E6B7C3B785"/>
    <w:rsid w:val="00040AC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34C0B0E50C4165979C1D1CD6EF51182">
    <w:name w:val="1734C0B0E50C4165979C1D1CD6EF511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0EFE74F2D8745C0A1AFE793A758D0A02">
    <w:name w:val="00EFE74F2D8745C0A1AFE793A758D0A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DBDFBC283534F4BBD2BA4F862ACB4512">
    <w:name w:val="8DBDFBC283534F4BBD2BA4F862ACB45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2">
    <w:name w:val="758EF154077D4EC492E0AA02749775E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2">
    <w:name w:val="60444590C5F4414E83C6454885D5753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2">
    <w:name w:val="096DC268CB3744C7AF90E558EFABE7F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2">
    <w:name w:val="16EE3227410F4460A6706019F08584B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2">
    <w:name w:val="35C6ADD19D0A4F7F9AA8A8D4CCB1374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2">
    <w:name w:val="0AD4EFDEB46F4DD3B07D7D864B6EAEB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2">
    <w:name w:val="C969D259CE28476AA1EB44B74A93B0D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2">
    <w:name w:val="4163D3241B974CB9999FF0EC5B4E2B2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2">
    <w:name w:val="89495584885745569DDCF4FEC1482D0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2">
    <w:name w:val="66C6F6902A3B4D4CA7D745FDDA70B68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2">
    <w:name w:val="4CD965A9EE694FECADF2476D720E7B6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2">
    <w:name w:val="09E232A6ADC042DB884957F020A929B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2">
    <w:name w:val="3DF7FD3C5E5C4C0992D419903A5ACDD9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2">
    <w:name w:val="CADFFF9D18954E1993F5C0789B03E179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2">
    <w:name w:val="657F90F891404138BEF4C8B0986FE70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2">
    <w:name w:val="C9113B8A854441D682CE5AC80AFB086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2">
    <w:name w:val="A98CC7936C024C2988776FBA2CC670B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2">
    <w:name w:val="2E9B36F7201C45DF99CA9FA9C42900A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2">
    <w:name w:val="09814CF1CD7A47D3BB560F37A96F9D5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2">
    <w:name w:val="7793DEAF92564508A217818A964BBBC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57DE90E5C84495903890F45F572BB42">
    <w:name w:val="E357DE90E5C84495903890F45F572BB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5E4D4EE6CE3494392F89273BA22A7102">
    <w:name w:val="95E4D4EE6CE3494392F89273BA22A71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98C9CAFC5D420E879FD99D9DF473132">
    <w:name w:val="1898C9CAFC5D420E879FD99D9DF4731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9A59954FC243C5AE95F389C52E8A152">
    <w:name w:val="479A59954FC243C5AE95F389C52E8A1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60026625B44F3A8F3293627A0749772">
    <w:name w:val="8960026625B44F3A8F3293627A07497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3292318265E418CBFC736A93ED0CF7D2">
    <w:name w:val="53292318265E418CBFC736A93ED0CF7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2">
    <w:name w:val="AB27C8C8D90949D99B80C3BCC40C6DB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5915EBF6CA4FF0A6AD89B4BE2ADE6B1">
    <w:name w:val="4F5915EBF6CA4FF0A6AD89B4BE2ADE6B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2">
    <w:name w:val="7E217E49FF2B4BCCB4F3ACCCBA86205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2">
    <w:name w:val="A6B6B6169038418C8F137F03A3BAC3E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1336DCC7524474BB3A3305E388B72D1">
    <w:name w:val="0A1336DCC7524474BB3A3305E388B72D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5AC5111F71478F8B918D49899D631A1">
    <w:name w:val="485AC5111F71478F8B918D49899D631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F2F0818A104EFEB515B57628C350B51">
    <w:name w:val="93F2F0818A104EFEB515B57628C350B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C3EC3620734AFE88DB392970609F861">
    <w:name w:val="77C3EC3620734AFE88DB392970609F8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B92F44A5874808BF693A8992740FFC1">
    <w:name w:val="59B92F44A5874808BF693A8992740FFC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8D7F40F342AFBF061A1834C158E51">
    <w:name w:val="2CFB8D7F40F342AFBF061A1834C158E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D9CFA04C8240A1A670758FE6963C0A1">
    <w:name w:val="19D9CFA04C8240A1A670758FE6963C0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0FAF4B33F1480E808CBEA2BB0CCC261">
    <w:name w:val="9D0FAF4B33F1480E808CBEA2BB0CCC2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6352975C81416CAA058AF732A6A7162">
    <w:name w:val="336352975C81416CAA058AF732A6A71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47DF4098474B7C8985DAAB0160C5DC2">
    <w:name w:val="A147DF4098474B7C8985DAAB0160C5D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BF66BD0D0548E3B9C8F56C1F7FC2512">
    <w:name w:val="20BF66BD0D0548E3B9C8F56C1F7FC25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631813536B4725973599EBC98B454D2">
    <w:name w:val="AD631813536B4725973599EBC98B454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1DB6AEFED5243A797FB9BF07004731C2">
    <w:name w:val="51DB6AEFED5243A797FB9BF07004731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7A50895B7743B9A9328B6D71490D202">
    <w:name w:val="2B7A50895B7743B9A9328B6D71490D2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F2EF8C8E5B4DF9B59ECD903D6DE89F2">
    <w:name w:val="B1F2EF8C8E5B4DF9B59ECD903D6DE89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69BCC4F9864BA68DBC70C35E2566DD2">
    <w:name w:val="2E69BCC4F9864BA68DBC70C35E2566D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160F78721B454DAC7CBEB4153D7FC82">
    <w:name w:val="EB160F78721B454DAC7CBEB4153D7FC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3BEA6A51D5487CBD1B82E03576FDCF2">
    <w:name w:val="A03BEA6A51D5487CBD1B82E03576FDC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82CFFD17D14F9392355130C2C35F132">
    <w:name w:val="E982CFFD17D14F9392355130C2C35F1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1F73EA9C90418883AB84EBB054DC822">
    <w:name w:val="C21F73EA9C90418883AB84EBB054DC8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2">
    <w:name w:val="657845195F10471BB191FDF6254F450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4FBE3645B874B5DA6A97A1EDE6489882">
    <w:name w:val="D4FBE3645B874B5DA6A97A1EDE64898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D95820094F447E6903FF8A5917974BF1">
    <w:name w:val="0D95820094F447E6903FF8A5917974B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C3BD7C971F4B709835CABCA8408F482">
    <w:name w:val="87C3BD7C971F4B709835CABCA8408F4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B954F6C93E4E3CAF25ED4D1E9DD0802">
    <w:name w:val="B6B954F6C93E4E3CAF25ED4D1E9DD08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F8C7854AA73411A97D1218AEE3D54D42">
    <w:name w:val="CF8C7854AA73411A97D1218AEE3D54D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C7A0E89C9B42AB86638CE4422E2F6D2">
    <w:name w:val="CAC7A0E89C9B42AB86638CE4422E2F6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F13B2C2C0DB44DC97A99B1F6C9114C62">
    <w:name w:val="3F13B2C2C0DB44DC97A99B1F6C9114C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F183E1789645268B3FD3C9F15F7DE82">
    <w:name w:val="B3F183E1789645268B3FD3C9F15F7DE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A9AED2723D4C6CB5E02F6E0A9A8B852">
    <w:name w:val="2BA9AED2723D4C6CB5E02F6E0A9A8B8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FF998786BC43F48AD928F9C10412772">
    <w:name w:val="AFFF998786BC43F48AD928F9C104127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7FE0416A8A4DDE9C513B3F0D77D5912">
    <w:name w:val="FD7FE0416A8A4DDE9C513B3F0D77D59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CDED8152A14300AEE6395973E7656B2">
    <w:name w:val="62CDED8152A14300AEE6395973E7656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AB88D9436F4498A924ED44C14EEFF732">
    <w:name w:val="AAB88D9436F4498A924ED44C14EEFF7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05FD7613A4B79BDCA0CA971B8598A2">
    <w:name w:val="98F05FD7613A4B79BDCA0CA971B8598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10653E193AB4128AE4A138C5D978C992">
    <w:name w:val="810653E193AB4128AE4A138C5D978C99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CACDE27C33A49D0B4BF4B8DD155A8832">
    <w:name w:val="1CACDE27C33A49D0B4BF4B8DD155A88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BB260D537AE4548A7C21059EB61A7222">
    <w:name w:val="2BB260D537AE4548A7C21059EB61A72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B3F04B3640474B96E48703C08F7C452">
    <w:name w:val="34B3F04B3640474B96E48703C08F7C4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106B1453BD4F67BF63B7C3B463E9782">
    <w:name w:val="5E106B1453BD4F67BF63B7C3B463E97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07F05445494B0BAC1500946C3B12E41">
    <w:name w:val="D607F05445494B0BAC1500946C3B12E4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8F3B7DE2F8D4D4F891158D9B04F63AD2">
    <w:name w:val="18F3B7DE2F8D4D4F891158D9B04F63A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F5AD484C9A444598540556BC8B2BA72">
    <w:name w:val="E7F5AD484C9A444598540556BC8B2BA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B400469BBC4934A85AA102FC6B7BF42">
    <w:name w:val="46B400469BBC4934A85AA102FC6B7BF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44F120EF504B9D87279119751C30A31">
    <w:name w:val="1B44F120EF504B9D87279119751C30A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1B6815A47640368EF06E4616CB25F51">
    <w:name w:val="A31B6815A47640368EF06E4616CB25F5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5DF82CD6004F83A1245C5809E10E0C1">
    <w:name w:val="D65DF82CD6004F83A1245C5809E10E0C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1F05B5CD7A4FC2A2F6127494FC9E2F1">
    <w:name w:val="A61F05B5CD7A4FC2A2F6127494FC9E2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C3D4A0FCC94CF9A02A26AD5845B7941">
    <w:name w:val="CDC3D4A0FCC94CF9A02A26AD5845B794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59508E39F9745DD98FE893ECD8B52BD2">
    <w:name w:val="059508E39F9745DD98FE893ECD8B52B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E23156D704F2082EEB4B2702C8BA22">
    <w:name w:val="C6CE23156D704F2082EEB4B2702C8BA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A92655E7484C72B959CCD12CCDB3D02">
    <w:name w:val="D6A92655E7484C72B959CCD12CCDB3D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C975168F5AE47A0855A81AD568798442">
    <w:name w:val="9C975168F5AE47A0855A81AD5687984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087B10D42CF4ADFAF219769437A40282">
    <w:name w:val="C087B10D42CF4ADFAF219769437A402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F1F4CD70E74D268A899A95690A022A2">
    <w:name w:val="8BF1F4CD70E74D268A899A95690A022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B18B9A38924E35A31352645064F4E22">
    <w:name w:val="EAB18B9A38924E35A31352645064F4E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ECE229CBB56448093E206192ADEB9C32">
    <w:name w:val="9ECE229CBB56448093E206192ADEB9C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9A6BDCD2A84860A81B30E25BEEE8E82">
    <w:name w:val="909A6BDCD2A84860A81B30E25BEEE8E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067309E19B24F55814832404EEAC7C72">
    <w:name w:val="F067309E19B24F55814832404EEAC7C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B4B76762754359A4C03A746FAC91A22">
    <w:name w:val="D5B4B76762754359A4C03A746FAC91A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BEB36B29EB94A7498130424C198C46E2">
    <w:name w:val="9BEB36B29EB94A7498130424C198C46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4BDE126E234E62BD86E06E385071BC2">
    <w:name w:val="914BDE126E234E62BD86E06E385071B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28960A443142C2B3B21E345BABA2052">
    <w:name w:val="9328960A443142C2B3B21E345BABA20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6919BD3B3A4FF3AC9F4BD105C4573E2">
    <w:name w:val="776919BD3B3A4FF3AC9F4BD105C4573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FC6C6984324778BADD873CDA160A6B2">
    <w:name w:val="9AFC6C6984324778BADD873CDA160A6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0C15635D2E48B8A0050A223B3CB9E12">
    <w:name w:val="DB0C15635D2E48B8A0050A223B3CB9E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6177B2E19B3465EA12224F2D1D6E63B2">
    <w:name w:val="06177B2E19B3465EA12224F2D1D6E63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03795117B94F0BA99796ACAD32A0DA2">
    <w:name w:val="5E03795117B94F0BA99796ACAD32A0D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C696CD9D7EA4D53A38A7122FF0F5D2F2">
    <w:name w:val="3C696CD9D7EA4D53A38A7122FF0F5D2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44E6195E08B4431981F541BC861BC8F2">
    <w:name w:val="E44E6195E08B4431981F541BC861BC8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A31A02A1764F8E95CDD615093FD5DA2">
    <w:name w:val="65A31A02A1764F8E95CDD615093FD5D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6972144EC384D448D57FE095053B8C42">
    <w:name w:val="B6972144EC384D448D57FE095053B8C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11FD4175B54FB3966659938CB584FB2">
    <w:name w:val="6211FD4175B54FB3966659938CB584F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E8F7914B3A4132BC8AE05EEA0B44072">
    <w:name w:val="49E8F7914B3A4132BC8AE05EEA0B440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D43452BA34491BB112C4B5BB96C3AA2">
    <w:name w:val="55D43452BA34491BB112C4B5BB96C3A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EBF7AB3DA8407CAD10E450F73E917E2">
    <w:name w:val="FBEBF7AB3DA8407CAD10E450F73E917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7E671E6CA242A6A7CC88152802E8B82">
    <w:name w:val="787E671E6CA242A6A7CC88152802E8B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31D815EFCB432BBED53E12D684BD712">
    <w:name w:val="4431D815EFCB432BBED53E12D684BD7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5B367AC8A6F4CE29549B22B4708224A2">
    <w:name w:val="F5B367AC8A6F4CE29549B22B4708224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2">
    <w:name w:val="7041F98D97294F33B27DB409BE8E34F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2">
    <w:name w:val="73AB6D1D873F4738BF61AE697637871D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2">
    <w:name w:val="520891A0A4C04E9D9F8A8F3644975CB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2">
    <w:name w:val="C582574595EA444189787F4DFB8EE37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2">
    <w:name w:val="55670920D67C4481B676B57D42BEF39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BCFB9C1AC9D4839ABCED80D73E5E1421">
    <w:name w:val="8BCFB9C1AC9D4839ABCED80D73E5E142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CA77B9B51824BC0B08E6A136990FE801">
    <w:name w:val="CCA77B9B51824BC0B08E6A136990FE80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55299D04524608BA2E32D58C412F831">
    <w:name w:val="9A55299D04524608BA2E32D58C412F8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8EE46B17194A198967536CF7F6B0361">
    <w:name w:val="3A8EE46B17194A198967536CF7F6B036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294CA3D5B540E08F82698A028B2D3A1">
    <w:name w:val="10294CA3D5B540E08F82698A028B2D3A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CDD2D7FA444FBBAA00E2A0357A7C102">
    <w:name w:val="EECDD2D7FA444FBBAA00E2A0357A7C1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8C9A3804C604E4E8D8727B7E70C32042">
    <w:name w:val="E8C9A3804C604E4E8D8727B7E70C3204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408158E497E4FC2933B9F8CC25D2BFB2">
    <w:name w:val="0408158E497E4FC2933B9F8CC25D2BFB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F049B37CFC64B08BC7D484982C7CA6C2">
    <w:name w:val="8F049B37CFC64B08BC7D484982C7CA6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2A77961A374E44A111E751E0343D662">
    <w:name w:val="C42A77961A374E44A111E751E0343D6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EFD080CBC4484B89DC00054AC8EBA82">
    <w:name w:val="C1EFD080CBC4484B89DC00054AC8EBA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EC99F350054D298C24D0C2A5F706752">
    <w:name w:val="02EC99F350054D298C24D0C2A5F7067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5520007DE7402B83778B7917BAF3762">
    <w:name w:val="E75520007DE7402B83778B7917BAF37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751614FA1B4F17BF063759594FB3A92">
    <w:name w:val="13751614FA1B4F17BF063759594FB3A9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7436BD6D72420DB9B2D9CA78B04E922">
    <w:name w:val="A97436BD6D72420DB9B2D9CA78B04E92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7C7C42B41D543269DB181611C7781372">
    <w:name w:val="F7C7C42B41D543269DB181611C77813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1CD5440252499BA86C8A6F63CB91702">
    <w:name w:val="5C1CD5440252499BA86C8A6F63CB917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855D7F9BA7C4368B8BD51D73EBCECE32">
    <w:name w:val="7855D7F9BA7C4368B8BD51D73EBCECE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4A737A19A34609A74D36CF92A611B82">
    <w:name w:val="524A737A19A34609A74D36CF92A611B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C5157422384474ACA5F89609A500F82">
    <w:name w:val="28C5157422384474ACA5F89609A500F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400A6D8081F4C7B8F02074AFCDCCF282">
    <w:name w:val="3400A6D8081F4C7B8F02074AFCDCCF2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64BF46CFB54E30B2400DA28D9D0C972">
    <w:name w:val="4A64BF46CFB54E30B2400DA28D9D0C97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6434D49B2F4D9EAA987990248B418E2">
    <w:name w:val="E36434D49B2F4D9EAA987990248B418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FBF4A0DBEE4ACD9D850457BB24FA0F1">
    <w:name w:val="2CFBF4A0DBEE4ACD9D850457BB24FA0F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91FE338EE244DC81FCB3133A8C7EA31">
    <w:name w:val="8991FE338EE244DC81FCB3133A8C7EA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0B7AE5C4BC4E6A8219612CAB1B9C031">
    <w:name w:val="170B7AE5C4BC4E6A8219612CAB1B9C03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25B691617C4F1DA7F564436834FDD62">
    <w:name w:val="3825B691617C4F1DA7F564436834FDD6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CDAD6C1BE2460FB35579CB651C87B32">
    <w:name w:val="89CDAD6C1BE2460FB35579CB651C87B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75D2079B13047BCBB15E06696C54F8C2">
    <w:name w:val="375D2079B13047BCBB15E06696C54F8C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DE5E35C57248F0A0AE80E9F76CBF7F2">
    <w:name w:val="90DE5E35C57248F0A0AE80E9F76CBF7F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3549376FD0485F8C7E6D4ED9A626832">
    <w:name w:val="573549376FD0485F8C7E6D4ED9A6268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80908EC9CDB466795FAEE640A67D36E2">
    <w:name w:val="880908EC9CDB466795FAEE640A67D36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C6C4AEBF7B41AFB193F7D7AC8B5E391">
    <w:name w:val="D2C6C4AEBF7B41AFB193F7D7AC8B5E39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B12B4C8CB41F0BF158B32F26B70391">
    <w:name w:val="A26B12B4C8CB41F0BF158B32F26B7039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064C370B4AF476EB8735BCFD3AC2A271">
    <w:name w:val="2064C370B4AF476EB8735BCFD3AC2A27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6021EA42E64535BB1819C78688F5711">
    <w:name w:val="966021EA42E64535BB1819C78688F571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5EB44F493F4126B09ED545717FC05E1">
    <w:name w:val="175EB44F493F4126B09ED545717FC05E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BBFE4E7AE0943D8BE78CE204FE6458E1">
    <w:name w:val="1BBFE4E7AE0943D8BE78CE204FE6458E1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03124128F04B3B93884F0B05E4771A2">
    <w:name w:val="0A03124128F04B3B93884F0B05E4771A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A43F350B2D4145AF67C834645564412">
    <w:name w:val="62A43F350B2D4145AF67C8346455644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1CA662154994606BAD2F2503FA0C6812">
    <w:name w:val="71CA662154994606BAD2F2503FA0C68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274BE9C5B443D1A17726A70BA5BE882">
    <w:name w:val="1A274BE9C5B443D1A17726A70BA5BE88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85D69D22F3414FAD9887B991D529C12">
    <w:name w:val="A085D69D22F3414FAD9887B991D529C1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1A8EE97B386410C844936E28D4417C02">
    <w:name w:val="B1A8EE97B386410C844936E28D4417C0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787EC9F905348D79E92A3ABA4FFFD9E2">
    <w:name w:val="4787EC9F905348D79E92A3ABA4FFFD9E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EDBBDD355C841188200BD8B5ABE2DA32">
    <w:name w:val="CEDBBDD355C841188200BD8B5ABE2DA3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D8EF480CCC844ADA184B2E6B7C3B7852">
    <w:name w:val="AD8EF480CCC844ADA184B2E6B7C3B7852"/>
    <w:rsid w:val="001707BD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B02EAE-A0D5-441C-B315-80A6238A3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3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10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11</cp:revision>
  <dcterms:created xsi:type="dcterms:W3CDTF">2026-08-25T11:20:00Z</dcterms:created>
  <dcterms:modified xsi:type="dcterms:W3CDTF">2026-10-16T08:23:00Z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